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6E657" w14:textId="4A3DF1B4" w:rsidR="006D6F86" w:rsidRPr="006D6F86" w:rsidRDefault="00000000" w:rsidP="006D6F86">
      <w:pPr>
        <w:pStyle w:val="Title"/>
        <w:jc w:val="center"/>
        <w:rPr>
          <w:rFonts w:ascii="Letter-join Plus 40" w:hAnsi="Letter-join Plus 40"/>
          <w:color w:val="auto"/>
        </w:rPr>
      </w:pPr>
      <w:r w:rsidRPr="003C5765">
        <w:rPr>
          <w:rFonts w:ascii="Letter-join Plus 40" w:hAnsi="Letter-join Plus 40"/>
          <w:b/>
          <w:color w:val="4F81BD" w:themeColor="accent1"/>
        </w:rPr>
        <w:t>Parklands Primary School</w:t>
      </w:r>
      <w:r w:rsidRPr="003C5765">
        <w:rPr>
          <w:rFonts w:ascii="Letter-join Plus 40" w:hAnsi="Letter-join Plus 40"/>
          <w:b/>
          <w:color w:val="4F81BD" w:themeColor="accent1"/>
        </w:rPr>
        <w:br/>
      </w:r>
      <w:r w:rsidRPr="003C5765">
        <w:rPr>
          <w:rFonts w:ascii="Letter-join Plus 40" w:hAnsi="Letter-join Plus 40"/>
          <w:b/>
          <w:color w:val="4F81BD" w:themeColor="accent1"/>
          <w:sz w:val="56"/>
        </w:rPr>
        <w:t>Developing Responsible Citizens</w:t>
      </w:r>
      <w:r w:rsidRPr="003C5765">
        <w:rPr>
          <w:rFonts w:ascii="Letter-join Plus 40" w:hAnsi="Letter-join Plus 40"/>
          <w:b/>
          <w:color w:val="4F81BD" w:themeColor="accent1"/>
          <w:sz w:val="56"/>
        </w:rPr>
        <w:br/>
      </w:r>
      <w:r w:rsidR="00D65536">
        <w:rPr>
          <w:rFonts w:ascii="Letter-join Plus 40" w:hAnsi="Letter-join Plus 40"/>
          <w:color w:val="auto"/>
        </w:rPr>
        <w:t>Our</w:t>
      </w:r>
      <w:r w:rsidRPr="006D6F86">
        <w:rPr>
          <w:rFonts w:ascii="Letter-join Plus 40" w:hAnsi="Letter-join Plus 40"/>
          <w:color w:val="auto"/>
        </w:rPr>
        <w:t xml:space="preserve"> Progressive Framework for British Values, Personal Development and Responsible Citizenship</w:t>
      </w:r>
    </w:p>
    <w:p w14:paraId="742E8847" w14:textId="77777777" w:rsidR="00DF5958" w:rsidRPr="006D6F86" w:rsidRDefault="00000000">
      <w:pPr>
        <w:pStyle w:val="Heading1"/>
        <w:rPr>
          <w:rFonts w:ascii="Letter-join Plus 40" w:hAnsi="Letter-join Plus 40" w:cs="Calibri"/>
          <w:b w:val="0"/>
          <w:bCs w:val="0"/>
          <w:sz w:val="36"/>
          <w:szCs w:val="36"/>
        </w:rPr>
      </w:pPr>
      <w:r w:rsidRPr="006D6F86">
        <w:rPr>
          <w:rFonts w:ascii="Letter-join Plus 40" w:hAnsi="Letter-join Plus 40" w:cs="Calibri"/>
          <w:b w:val="0"/>
          <w:bCs w:val="0"/>
          <w:sz w:val="36"/>
          <w:szCs w:val="36"/>
        </w:rPr>
        <w:t>Our Vision</w:t>
      </w:r>
    </w:p>
    <w:p w14:paraId="382F08C6" w14:textId="77777777" w:rsidR="00DF5958" w:rsidRPr="006D6F86" w:rsidRDefault="00000000">
      <w:pPr>
        <w:rPr>
          <w:rFonts w:ascii="Letter-join Plus 40" w:hAnsi="Letter-join Plus 40" w:cs="Calibri"/>
          <w:sz w:val="28"/>
          <w:szCs w:val="28"/>
        </w:rPr>
      </w:pPr>
      <w:r w:rsidRPr="006D6F86">
        <w:rPr>
          <w:rFonts w:ascii="Letter-join Plus 40" w:hAnsi="Letter-join Plus 40" w:cs="Calibri"/>
          <w:sz w:val="28"/>
          <w:szCs w:val="28"/>
        </w:rPr>
        <w:t>At Parklands Primary School we believe education is about far more than academic achievement. Our ambition is to develop kind, respectful, resilient and responsible citizens who are equipped to thrive in modern Britain. British Values are woven throughout our PSHE curriculum, Pathways RE, assemblies, Picture News, safeguarding, enrichment, pupil leadership and the everyday life of our school.</w:t>
      </w:r>
    </w:p>
    <w:p w14:paraId="7F706CDE" w14:textId="77777777" w:rsidR="00DF5958" w:rsidRPr="006D6F86" w:rsidRDefault="00000000">
      <w:pPr>
        <w:pStyle w:val="Heading2"/>
        <w:rPr>
          <w:rFonts w:ascii="Letter-join Plus 40" w:hAnsi="Letter-join Plus 40" w:cs="Calibri"/>
          <w:b w:val="0"/>
          <w:bCs w:val="0"/>
          <w:sz w:val="32"/>
          <w:szCs w:val="32"/>
        </w:rPr>
      </w:pPr>
      <w:r w:rsidRPr="006D6F86">
        <w:rPr>
          <w:rFonts w:ascii="Letter-join Plus 40" w:hAnsi="Letter-join Plus 40" w:cs="Calibri"/>
          <w:b w:val="0"/>
          <w:bCs w:val="0"/>
          <w:sz w:val="32"/>
          <w:szCs w:val="32"/>
        </w:rPr>
        <w:t>How British Values are embedded</w:t>
      </w:r>
    </w:p>
    <w:p w14:paraId="170D71CB" w14:textId="77777777" w:rsidR="00DF5958" w:rsidRPr="006D6F86" w:rsidRDefault="00000000">
      <w:pPr>
        <w:pStyle w:val="ListBullet"/>
        <w:rPr>
          <w:rFonts w:ascii="Letter-join Plus 40" w:hAnsi="Letter-join Plus 40" w:cs="Calibri"/>
          <w:sz w:val="28"/>
          <w:szCs w:val="28"/>
        </w:rPr>
      </w:pPr>
      <w:r w:rsidRPr="006D6F86">
        <w:rPr>
          <w:rFonts w:ascii="Letter-join Plus 40" w:hAnsi="Letter-join Plus 40" w:cs="Calibri"/>
          <w:sz w:val="28"/>
          <w:szCs w:val="28"/>
        </w:rPr>
        <w:t>Kapow PSHE curriculum</w:t>
      </w:r>
    </w:p>
    <w:p w14:paraId="79D336DC" w14:textId="77777777" w:rsidR="00DF5958" w:rsidRPr="006D6F86" w:rsidRDefault="00000000">
      <w:pPr>
        <w:pStyle w:val="ListBullet"/>
        <w:rPr>
          <w:rFonts w:ascii="Letter-join Plus 40" w:hAnsi="Letter-join Plus 40" w:cs="Calibri"/>
          <w:sz w:val="28"/>
          <w:szCs w:val="28"/>
        </w:rPr>
      </w:pPr>
      <w:r w:rsidRPr="006D6F86">
        <w:rPr>
          <w:rFonts w:ascii="Letter-join Plus 40" w:hAnsi="Letter-join Plus 40" w:cs="Calibri"/>
          <w:sz w:val="28"/>
          <w:szCs w:val="28"/>
        </w:rPr>
        <w:t>Pathways RE</w:t>
      </w:r>
    </w:p>
    <w:p w14:paraId="36EC8604" w14:textId="77777777" w:rsidR="00DF5958" w:rsidRPr="006D6F86" w:rsidRDefault="00000000">
      <w:pPr>
        <w:pStyle w:val="ListBullet"/>
        <w:rPr>
          <w:rFonts w:ascii="Letter-join Plus 40" w:hAnsi="Letter-join Plus 40" w:cs="Calibri"/>
          <w:sz w:val="28"/>
          <w:szCs w:val="28"/>
        </w:rPr>
      </w:pPr>
      <w:r w:rsidRPr="006D6F86">
        <w:rPr>
          <w:rFonts w:ascii="Letter-join Plus 40" w:hAnsi="Letter-join Plus 40" w:cs="Calibri"/>
          <w:sz w:val="28"/>
          <w:szCs w:val="28"/>
        </w:rPr>
        <w:t>British Values and Picture News assemblies</w:t>
      </w:r>
    </w:p>
    <w:p w14:paraId="2ADE171B" w14:textId="77777777" w:rsidR="00DF5958" w:rsidRPr="006D6F86" w:rsidRDefault="00000000">
      <w:pPr>
        <w:pStyle w:val="ListBullet"/>
        <w:rPr>
          <w:rFonts w:ascii="Letter-join Plus 40" w:hAnsi="Letter-join Plus 40" w:cs="Calibri"/>
          <w:sz w:val="28"/>
          <w:szCs w:val="28"/>
        </w:rPr>
      </w:pPr>
      <w:r w:rsidRPr="006D6F86">
        <w:rPr>
          <w:rFonts w:ascii="Letter-join Plus 40" w:hAnsi="Letter-join Plus 40" w:cs="Calibri"/>
          <w:sz w:val="28"/>
          <w:szCs w:val="28"/>
        </w:rPr>
        <w:t>MindMate, Good Morning Club and Mindful Monday</w:t>
      </w:r>
    </w:p>
    <w:p w14:paraId="25291D82" w14:textId="77777777" w:rsidR="00DF5958" w:rsidRPr="006D6F86" w:rsidRDefault="00000000">
      <w:pPr>
        <w:pStyle w:val="ListBullet"/>
        <w:rPr>
          <w:rFonts w:ascii="Letter-join Plus 40" w:hAnsi="Letter-join Plus 40" w:cs="Calibri"/>
          <w:sz w:val="28"/>
          <w:szCs w:val="28"/>
        </w:rPr>
      </w:pPr>
      <w:r w:rsidRPr="006D6F86">
        <w:rPr>
          <w:rFonts w:ascii="Letter-join Plus 40" w:hAnsi="Letter-join Plus 40" w:cs="Calibri"/>
          <w:sz w:val="28"/>
          <w:szCs w:val="28"/>
        </w:rPr>
        <w:t>Police Education, Online Safety and safeguarding</w:t>
      </w:r>
    </w:p>
    <w:p w14:paraId="355DCEA2" w14:textId="77777777" w:rsidR="00DF5958" w:rsidRPr="006D6F86" w:rsidRDefault="00000000">
      <w:pPr>
        <w:pStyle w:val="ListBullet"/>
        <w:rPr>
          <w:rFonts w:ascii="Letter-join Plus 40" w:hAnsi="Letter-join Plus 40" w:cs="Calibri"/>
          <w:sz w:val="28"/>
          <w:szCs w:val="28"/>
        </w:rPr>
      </w:pPr>
      <w:r w:rsidRPr="006D6F86">
        <w:rPr>
          <w:rFonts w:ascii="Letter-join Plus 40" w:hAnsi="Letter-join Plus 40" w:cs="Calibri"/>
          <w:sz w:val="28"/>
          <w:szCs w:val="28"/>
        </w:rPr>
        <w:t>Careers education and employer encounters</w:t>
      </w:r>
    </w:p>
    <w:p w14:paraId="6ACCDE7D" w14:textId="77777777" w:rsidR="00DF5958" w:rsidRPr="006D6F86" w:rsidRDefault="00000000">
      <w:pPr>
        <w:pStyle w:val="ListBullet"/>
        <w:rPr>
          <w:rFonts w:ascii="Letter-join Plus 40" w:hAnsi="Letter-join Plus 40" w:cs="Calibri"/>
          <w:sz w:val="28"/>
          <w:szCs w:val="28"/>
        </w:rPr>
      </w:pPr>
      <w:r w:rsidRPr="006D6F86">
        <w:rPr>
          <w:rFonts w:ascii="Letter-join Plus 40" w:hAnsi="Letter-join Plus 40" w:cs="Calibri"/>
          <w:sz w:val="28"/>
          <w:szCs w:val="28"/>
        </w:rPr>
        <w:t>Protected Characteristics and Diversity Role Models</w:t>
      </w:r>
    </w:p>
    <w:p w14:paraId="50803FBF" w14:textId="77777777" w:rsidR="00DF5958" w:rsidRPr="006D6F86" w:rsidRDefault="00000000">
      <w:pPr>
        <w:pStyle w:val="ListBullet"/>
        <w:rPr>
          <w:rFonts w:ascii="Letter-join Plus 40" w:hAnsi="Letter-join Plus 40" w:cs="Calibri"/>
          <w:sz w:val="28"/>
          <w:szCs w:val="28"/>
        </w:rPr>
      </w:pPr>
      <w:r w:rsidRPr="006D6F86">
        <w:rPr>
          <w:rFonts w:ascii="Letter-join Plus 40" w:hAnsi="Letter-join Plus 40" w:cs="Calibri"/>
          <w:sz w:val="28"/>
          <w:szCs w:val="28"/>
        </w:rPr>
        <w:t>School Council, MindMate Ambassadors, Reading Buddies and pupil leadership</w:t>
      </w:r>
    </w:p>
    <w:p w14:paraId="631A503C" w14:textId="77777777" w:rsidR="00DF5958" w:rsidRPr="006D6F86" w:rsidRDefault="00000000">
      <w:pPr>
        <w:pStyle w:val="ListBullet"/>
        <w:rPr>
          <w:rFonts w:ascii="Letter-join Plus 40" w:hAnsi="Letter-join Plus 40" w:cs="Calibri"/>
          <w:sz w:val="28"/>
          <w:szCs w:val="28"/>
        </w:rPr>
      </w:pPr>
      <w:r w:rsidRPr="006D6F86">
        <w:rPr>
          <w:rFonts w:ascii="Letter-join Plus 40" w:hAnsi="Letter-join Plus 40" w:cs="Calibri"/>
          <w:sz w:val="28"/>
          <w:szCs w:val="28"/>
        </w:rPr>
        <w:t>Community partnerships, educational visits and Floor Books</w:t>
      </w:r>
    </w:p>
    <w:p w14:paraId="42EC61E2" w14:textId="038BF555" w:rsidR="00D65536" w:rsidRDefault="006D6F86">
      <w:pPr>
        <w:pStyle w:val="ListBullet"/>
        <w:rPr>
          <w:rFonts w:ascii="Letter-join Plus 40" w:hAnsi="Letter-join Plus 40" w:cs="Calibri"/>
          <w:sz w:val="28"/>
          <w:szCs w:val="28"/>
        </w:rPr>
      </w:pPr>
      <w:r w:rsidRPr="006D6F86">
        <w:rPr>
          <w:rFonts w:ascii="Letter-join Plus 40" w:hAnsi="Letter-join Plus 40" w:cs="Calibri"/>
          <w:sz w:val="28"/>
          <w:szCs w:val="28"/>
        </w:rPr>
        <w:t>Throughout all subjects (please see individual subject British Values document)</w:t>
      </w:r>
    </w:p>
    <w:p w14:paraId="2B4F6A9D" w14:textId="77777777" w:rsidR="00D65536" w:rsidRDefault="00D65536">
      <w:pPr>
        <w:spacing w:after="200" w:line="276" w:lineRule="auto"/>
        <w:rPr>
          <w:rFonts w:ascii="Letter-join Plus 40" w:hAnsi="Letter-join Plus 40" w:cs="Calibri"/>
          <w:sz w:val="28"/>
          <w:szCs w:val="28"/>
        </w:rPr>
      </w:pPr>
      <w:r>
        <w:rPr>
          <w:rFonts w:ascii="Letter-join Plus 40" w:hAnsi="Letter-join Plus 40" w:cs="Calibri"/>
          <w:sz w:val="28"/>
          <w:szCs w:val="28"/>
        </w:rPr>
        <w:br w:type="page"/>
      </w:r>
    </w:p>
    <w:p w14:paraId="20B9CD5F" w14:textId="77777777" w:rsidR="00D65536" w:rsidRPr="003C5765" w:rsidRDefault="00D65536" w:rsidP="00D65536">
      <w:pPr>
        <w:pStyle w:val="pdq2pgselectionanchorcontainer"/>
        <w:jc w:val="center"/>
        <w:rPr>
          <w:rFonts w:ascii="Letter-join Plus 40" w:hAnsi="Letter-join Plus 40"/>
          <w:color w:val="4F81BD" w:themeColor="accent1"/>
        </w:rPr>
      </w:pPr>
      <w:r w:rsidRPr="003C5765">
        <w:rPr>
          <w:rStyle w:val="Strong"/>
          <w:rFonts w:ascii="Letter-join Plus 40" w:hAnsi="Letter-join Plus 40"/>
          <w:color w:val="4F81BD" w:themeColor="accent1"/>
        </w:rPr>
        <w:lastRenderedPageBreak/>
        <w:t>The table below highlights how each British Value is explicitly taught, modelled and experienced across our curriculum and wider school life. Together, these carefully planned opportunities ensure every child leaves Parklands as a kind, respectful, resilient and responsible citizen, ready to make a positive contribution to modern Britain.</w:t>
      </w:r>
    </w:p>
    <w:tbl>
      <w:tblPr>
        <w:tblStyle w:val="TableGridLight"/>
        <w:tblW w:w="0" w:type="auto"/>
        <w:tblLook w:val="04A0" w:firstRow="1" w:lastRow="0" w:firstColumn="1" w:lastColumn="0" w:noHBand="0" w:noVBand="1"/>
      </w:tblPr>
      <w:tblGrid>
        <w:gridCol w:w="1713"/>
        <w:gridCol w:w="2483"/>
        <w:gridCol w:w="2637"/>
        <w:gridCol w:w="2604"/>
        <w:gridCol w:w="2232"/>
        <w:gridCol w:w="2721"/>
      </w:tblGrid>
      <w:tr w:rsidR="00D65536" w14:paraId="0FA01A82" w14:textId="77777777" w:rsidTr="001B7076">
        <w:tc>
          <w:tcPr>
            <w:tcW w:w="0" w:type="auto"/>
            <w:hideMark/>
          </w:tcPr>
          <w:p w14:paraId="1308822B" w14:textId="77777777" w:rsidR="00D65536" w:rsidRPr="003C5765" w:rsidRDefault="00D65536" w:rsidP="001B7076">
            <w:pPr>
              <w:jc w:val="center"/>
              <w:rPr>
                <w:rFonts w:ascii="Letter-join Plus 40" w:hAnsi="Letter-join Plus 40"/>
                <w:b/>
                <w:bCs/>
              </w:rPr>
            </w:pPr>
            <w:r>
              <w:rPr>
                <w:rFonts w:ascii="Letter-join Plus 40" w:hAnsi="Letter-join Plus 40" w:cs="Calibri"/>
              </w:rPr>
              <w:br w:type="page"/>
            </w:r>
            <w:r w:rsidRPr="003C5765">
              <w:rPr>
                <w:rStyle w:val="Strong"/>
                <w:rFonts w:ascii="Letter-join Plus 40" w:hAnsi="Letter-join Plus 40"/>
              </w:rPr>
              <w:t>Area of School Life</w:t>
            </w:r>
          </w:p>
        </w:tc>
        <w:tc>
          <w:tcPr>
            <w:tcW w:w="0" w:type="auto"/>
            <w:hideMark/>
          </w:tcPr>
          <w:p w14:paraId="48765821" w14:textId="77777777" w:rsidR="00D65536" w:rsidRPr="003C5765" w:rsidRDefault="00D65536" w:rsidP="001B7076">
            <w:pPr>
              <w:jc w:val="center"/>
              <w:rPr>
                <w:rFonts w:ascii="Letter-join Plus 40" w:hAnsi="Letter-join Plus 40"/>
                <w:b/>
                <w:bCs/>
              </w:rPr>
            </w:pPr>
            <w:r w:rsidRPr="003C5765">
              <w:rPr>
                <w:rStyle w:val="Strong"/>
                <w:rFonts w:ascii="Letter-join Plus 40" w:hAnsi="Letter-join Plus 40"/>
              </w:rPr>
              <w:t>Democracy</w:t>
            </w:r>
          </w:p>
        </w:tc>
        <w:tc>
          <w:tcPr>
            <w:tcW w:w="0" w:type="auto"/>
            <w:hideMark/>
          </w:tcPr>
          <w:p w14:paraId="7F1FBFC7" w14:textId="77777777" w:rsidR="00D65536" w:rsidRPr="003C5765" w:rsidRDefault="00D65536" w:rsidP="001B7076">
            <w:pPr>
              <w:jc w:val="center"/>
              <w:rPr>
                <w:rFonts w:ascii="Letter-join Plus 40" w:hAnsi="Letter-join Plus 40"/>
                <w:b/>
                <w:bCs/>
              </w:rPr>
            </w:pPr>
            <w:r w:rsidRPr="003C5765">
              <w:rPr>
                <w:rStyle w:val="Strong"/>
                <w:rFonts w:ascii="Letter-join Plus 40" w:hAnsi="Letter-join Plus 40"/>
              </w:rPr>
              <w:t>Rule of Law</w:t>
            </w:r>
          </w:p>
        </w:tc>
        <w:tc>
          <w:tcPr>
            <w:tcW w:w="0" w:type="auto"/>
            <w:hideMark/>
          </w:tcPr>
          <w:p w14:paraId="000D34AD" w14:textId="77777777" w:rsidR="00D65536" w:rsidRPr="003C5765" w:rsidRDefault="00D65536" w:rsidP="001B7076">
            <w:pPr>
              <w:jc w:val="center"/>
              <w:rPr>
                <w:rFonts w:ascii="Letter-join Plus 40" w:hAnsi="Letter-join Plus 40"/>
                <w:b/>
                <w:bCs/>
              </w:rPr>
            </w:pPr>
            <w:r w:rsidRPr="003C5765">
              <w:rPr>
                <w:rStyle w:val="Strong"/>
                <w:rFonts w:ascii="Letter-join Plus 40" w:hAnsi="Letter-join Plus 40"/>
              </w:rPr>
              <w:t>Individual Liberty</w:t>
            </w:r>
          </w:p>
        </w:tc>
        <w:tc>
          <w:tcPr>
            <w:tcW w:w="0" w:type="auto"/>
            <w:hideMark/>
          </w:tcPr>
          <w:p w14:paraId="15AA7C3C" w14:textId="77777777" w:rsidR="00D65536" w:rsidRPr="003C5765" w:rsidRDefault="00D65536" w:rsidP="001B7076">
            <w:pPr>
              <w:jc w:val="center"/>
              <w:rPr>
                <w:rFonts w:ascii="Letter-join Plus 40" w:hAnsi="Letter-join Plus 40"/>
                <w:b/>
                <w:bCs/>
              </w:rPr>
            </w:pPr>
            <w:r w:rsidRPr="003C5765">
              <w:rPr>
                <w:rStyle w:val="Strong"/>
                <w:rFonts w:ascii="Letter-join Plus 40" w:hAnsi="Letter-join Plus 40"/>
              </w:rPr>
              <w:t>Mutual Respect</w:t>
            </w:r>
          </w:p>
        </w:tc>
        <w:tc>
          <w:tcPr>
            <w:tcW w:w="0" w:type="auto"/>
            <w:hideMark/>
          </w:tcPr>
          <w:p w14:paraId="486CC3CB" w14:textId="77777777" w:rsidR="00D65536" w:rsidRPr="003C5765" w:rsidRDefault="00D65536" w:rsidP="001B7076">
            <w:pPr>
              <w:jc w:val="center"/>
              <w:rPr>
                <w:rFonts w:ascii="Letter-join Plus 40" w:hAnsi="Letter-join Plus 40"/>
                <w:b/>
                <w:bCs/>
              </w:rPr>
            </w:pPr>
            <w:r w:rsidRPr="003C5765">
              <w:rPr>
                <w:rStyle w:val="Strong"/>
                <w:rFonts w:ascii="Letter-join Plus 40" w:hAnsi="Letter-join Plus 40"/>
              </w:rPr>
              <w:t>Tolerance, Equality &amp; Diversity</w:t>
            </w:r>
          </w:p>
        </w:tc>
      </w:tr>
      <w:tr w:rsidR="00D65536" w14:paraId="7A2CA10D" w14:textId="77777777" w:rsidTr="001B7076">
        <w:tc>
          <w:tcPr>
            <w:tcW w:w="0" w:type="auto"/>
            <w:hideMark/>
          </w:tcPr>
          <w:p w14:paraId="0C25B3BD" w14:textId="77777777" w:rsidR="00D65536" w:rsidRPr="003C5765" w:rsidRDefault="00D65536" w:rsidP="001B7076">
            <w:pPr>
              <w:rPr>
                <w:rFonts w:ascii="Letter-join Plus 40" w:hAnsi="Letter-join Plus 40"/>
              </w:rPr>
            </w:pPr>
            <w:r w:rsidRPr="003C5765">
              <w:rPr>
                <w:rStyle w:val="Strong"/>
                <w:rFonts w:ascii="Letter-join Plus 40" w:hAnsi="Letter-join Plus 40"/>
              </w:rPr>
              <w:t>Curriculum</w:t>
            </w:r>
          </w:p>
        </w:tc>
        <w:tc>
          <w:tcPr>
            <w:tcW w:w="0" w:type="auto"/>
            <w:hideMark/>
          </w:tcPr>
          <w:p w14:paraId="1D6D0A37" w14:textId="77777777" w:rsidR="00D65536" w:rsidRPr="003C5765" w:rsidRDefault="00D65536" w:rsidP="001B7076">
            <w:pPr>
              <w:rPr>
                <w:rFonts w:ascii="Letter-join Plus 40" w:hAnsi="Letter-join Plus 40"/>
              </w:rPr>
            </w:pPr>
            <w:r w:rsidRPr="003C5765">
              <w:rPr>
                <w:rFonts w:ascii="Letter-join Plus 40" w:hAnsi="Letter-join Plus 40"/>
              </w:rPr>
              <w:t>Citizenship units, pupil voice activities, debate, Picture News</w:t>
            </w:r>
          </w:p>
        </w:tc>
        <w:tc>
          <w:tcPr>
            <w:tcW w:w="0" w:type="auto"/>
            <w:hideMark/>
          </w:tcPr>
          <w:p w14:paraId="7B2DAE6D" w14:textId="77777777" w:rsidR="00D65536" w:rsidRPr="003C5765" w:rsidRDefault="00D65536" w:rsidP="001B7076">
            <w:pPr>
              <w:rPr>
                <w:rFonts w:ascii="Letter-join Plus 40" w:hAnsi="Letter-join Plus 40"/>
              </w:rPr>
            </w:pPr>
            <w:r w:rsidRPr="003C5765">
              <w:rPr>
                <w:rFonts w:ascii="Letter-join Plus 40" w:hAnsi="Letter-join Plus 40"/>
              </w:rPr>
              <w:t>Staying Safe, Health Protection, Police Education, Online Safety</w:t>
            </w:r>
          </w:p>
        </w:tc>
        <w:tc>
          <w:tcPr>
            <w:tcW w:w="0" w:type="auto"/>
            <w:hideMark/>
          </w:tcPr>
          <w:p w14:paraId="2289929F" w14:textId="77777777" w:rsidR="00D65536" w:rsidRPr="003C5765" w:rsidRDefault="00D65536" w:rsidP="001B7076">
            <w:pPr>
              <w:rPr>
                <w:rFonts w:ascii="Letter-join Plus 40" w:hAnsi="Letter-join Plus 40"/>
              </w:rPr>
            </w:pPr>
            <w:r w:rsidRPr="003C5765">
              <w:rPr>
                <w:rFonts w:ascii="Letter-join Plus 40" w:hAnsi="Letter-join Plus 40"/>
              </w:rPr>
              <w:t xml:space="preserve">My Healthy Self, </w:t>
            </w:r>
            <w:proofErr w:type="spellStart"/>
            <w:r w:rsidRPr="003C5765">
              <w:rPr>
                <w:rFonts w:ascii="Letter-join Plus 40" w:hAnsi="Letter-join Plus 40"/>
              </w:rPr>
              <w:t>MindMate</w:t>
            </w:r>
            <w:proofErr w:type="spellEnd"/>
            <w:r w:rsidRPr="003C5765">
              <w:rPr>
                <w:rFonts w:ascii="Letter-join Plus 40" w:hAnsi="Letter-join Plus 40"/>
              </w:rPr>
              <w:t>, Online World, RSE</w:t>
            </w:r>
          </w:p>
        </w:tc>
        <w:tc>
          <w:tcPr>
            <w:tcW w:w="0" w:type="auto"/>
            <w:hideMark/>
          </w:tcPr>
          <w:p w14:paraId="12CA9D61" w14:textId="77777777" w:rsidR="00D65536" w:rsidRPr="003C5765" w:rsidRDefault="00D65536" w:rsidP="001B7076">
            <w:pPr>
              <w:rPr>
                <w:rFonts w:ascii="Letter-join Plus 40" w:hAnsi="Letter-join Plus 40"/>
              </w:rPr>
            </w:pPr>
            <w:r w:rsidRPr="003C5765">
              <w:rPr>
                <w:rFonts w:ascii="Letter-join Plus 40" w:hAnsi="Letter-join Plus 40"/>
              </w:rPr>
              <w:t xml:space="preserve">Connecting with Others, </w:t>
            </w:r>
            <w:proofErr w:type="spellStart"/>
            <w:r w:rsidRPr="003C5765">
              <w:rPr>
                <w:rFonts w:ascii="Letter-join Plus 40" w:hAnsi="Letter-join Plus 40"/>
              </w:rPr>
              <w:t>MindMate</w:t>
            </w:r>
            <w:proofErr w:type="spellEnd"/>
            <w:r w:rsidRPr="003C5765">
              <w:rPr>
                <w:rFonts w:ascii="Letter-join Plus 40" w:hAnsi="Letter-join Plus 40"/>
              </w:rPr>
              <w:t>, Anti-Bullying</w:t>
            </w:r>
          </w:p>
        </w:tc>
        <w:tc>
          <w:tcPr>
            <w:tcW w:w="0" w:type="auto"/>
            <w:hideMark/>
          </w:tcPr>
          <w:p w14:paraId="02044DE3" w14:textId="77777777" w:rsidR="00D65536" w:rsidRPr="003C5765" w:rsidRDefault="00D65536" w:rsidP="001B7076">
            <w:pPr>
              <w:rPr>
                <w:rFonts w:ascii="Letter-join Plus 40" w:hAnsi="Letter-join Plus 40"/>
              </w:rPr>
            </w:pPr>
            <w:r w:rsidRPr="003C5765">
              <w:rPr>
                <w:rFonts w:ascii="Letter-join Plus 40" w:hAnsi="Letter-join Plus 40"/>
              </w:rPr>
              <w:t>Pathways RE, Protected Characteristics, Diversity Role Models</w:t>
            </w:r>
          </w:p>
        </w:tc>
      </w:tr>
      <w:tr w:rsidR="00D65536" w14:paraId="1CF5D5DA" w14:textId="77777777" w:rsidTr="001B7076">
        <w:tc>
          <w:tcPr>
            <w:tcW w:w="0" w:type="auto"/>
            <w:hideMark/>
          </w:tcPr>
          <w:p w14:paraId="1D2B7AA5" w14:textId="77777777" w:rsidR="00D65536" w:rsidRPr="003C5765" w:rsidRDefault="00D65536" w:rsidP="001B7076">
            <w:pPr>
              <w:rPr>
                <w:rFonts w:ascii="Letter-join Plus 40" w:hAnsi="Letter-join Plus 40"/>
              </w:rPr>
            </w:pPr>
            <w:r w:rsidRPr="003C5765">
              <w:rPr>
                <w:rStyle w:val="Strong"/>
                <w:rFonts w:ascii="Letter-join Plus 40" w:hAnsi="Letter-join Plus 40"/>
              </w:rPr>
              <w:t>Assemblies</w:t>
            </w:r>
          </w:p>
        </w:tc>
        <w:tc>
          <w:tcPr>
            <w:tcW w:w="0" w:type="auto"/>
            <w:hideMark/>
          </w:tcPr>
          <w:p w14:paraId="280CCD35" w14:textId="77777777" w:rsidR="00D65536" w:rsidRPr="003C5765" w:rsidRDefault="00D65536" w:rsidP="001B7076">
            <w:pPr>
              <w:rPr>
                <w:rFonts w:ascii="Letter-join Plus 40" w:hAnsi="Letter-join Plus 40"/>
              </w:rPr>
            </w:pPr>
            <w:r w:rsidRPr="003C5765">
              <w:rPr>
                <w:rFonts w:ascii="Letter-join Plus 40" w:hAnsi="Letter-join Plus 40"/>
              </w:rPr>
              <w:t>British Values, School Council updates, pupil leadership</w:t>
            </w:r>
          </w:p>
        </w:tc>
        <w:tc>
          <w:tcPr>
            <w:tcW w:w="0" w:type="auto"/>
            <w:hideMark/>
          </w:tcPr>
          <w:p w14:paraId="0E2925C0" w14:textId="77777777" w:rsidR="00D65536" w:rsidRPr="003C5765" w:rsidRDefault="00D65536" w:rsidP="001B7076">
            <w:pPr>
              <w:rPr>
                <w:rFonts w:ascii="Letter-join Plus 40" w:hAnsi="Letter-join Plus 40"/>
              </w:rPr>
            </w:pPr>
            <w:r w:rsidRPr="003C5765">
              <w:rPr>
                <w:rFonts w:ascii="Letter-join Plus 40" w:hAnsi="Letter-join Plus 40"/>
              </w:rPr>
              <w:t>Safeguarding, Online Safety, community responsibilities</w:t>
            </w:r>
          </w:p>
        </w:tc>
        <w:tc>
          <w:tcPr>
            <w:tcW w:w="0" w:type="auto"/>
            <w:hideMark/>
          </w:tcPr>
          <w:p w14:paraId="5B99F2C4" w14:textId="77777777" w:rsidR="00D65536" w:rsidRPr="003C5765" w:rsidRDefault="00D65536" w:rsidP="001B7076">
            <w:pPr>
              <w:rPr>
                <w:rFonts w:ascii="Letter-join Plus 40" w:hAnsi="Letter-join Plus 40"/>
              </w:rPr>
            </w:pPr>
            <w:r w:rsidRPr="003C5765">
              <w:rPr>
                <w:rFonts w:ascii="Letter-join Plus 40" w:hAnsi="Letter-join Plus 40"/>
              </w:rPr>
              <w:t>Wellbeing, resilience, aspirations</w:t>
            </w:r>
          </w:p>
        </w:tc>
        <w:tc>
          <w:tcPr>
            <w:tcW w:w="0" w:type="auto"/>
            <w:hideMark/>
          </w:tcPr>
          <w:p w14:paraId="3C033600" w14:textId="77777777" w:rsidR="00D65536" w:rsidRPr="003C5765" w:rsidRDefault="00D65536" w:rsidP="001B7076">
            <w:pPr>
              <w:rPr>
                <w:rFonts w:ascii="Letter-join Plus 40" w:hAnsi="Letter-join Plus 40"/>
              </w:rPr>
            </w:pPr>
            <w:r w:rsidRPr="003C5765">
              <w:rPr>
                <w:rFonts w:ascii="Letter-join Plus 40" w:hAnsi="Letter-join Plus 40"/>
              </w:rPr>
              <w:t>Kindness, empathy, relationships</w:t>
            </w:r>
          </w:p>
        </w:tc>
        <w:tc>
          <w:tcPr>
            <w:tcW w:w="0" w:type="auto"/>
            <w:hideMark/>
          </w:tcPr>
          <w:p w14:paraId="623B6DF2" w14:textId="77777777" w:rsidR="00D65536" w:rsidRPr="003C5765" w:rsidRDefault="00D65536" w:rsidP="001B7076">
            <w:pPr>
              <w:rPr>
                <w:rFonts w:ascii="Letter-join Plus 40" w:hAnsi="Letter-join Plus 40"/>
              </w:rPr>
            </w:pPr>
            <w:r w:rsidRPr="003C5765">
              <w:rPr>
                <w:rFonts w:ascii="Letter-join Plus 40" w:hAnsi="Letter-join Plus 40"/>
              </w:rPr>
              <w:t>Faith celebrations, equality, diversity, cultural awareness</w:t>
            </w:r>
          </w:p>
        </w:tc>
      </w:tr>
      <w:tr w:rsidR="00D65536" w14:paraId="05670D54" w14:textId="77777777" w:rsidTr="001B7076">
        <w:tc>
          <w:tcPr>
            <w:tcW w:w="0" w:type="auto"/>
            <w:hideMark/>
          </w:tcPr>
          <w:p w14:paraId="1E19C61E" w14:textId="77777777" w:rsidR="00D65536" w:rsidRPr="003C5765" w:rsidRDefault="00D65536" w:rsidP="001B7076">
            <w:pPr>
              <w:rPr>
                <w:rFonts w:ascii="Letter-join Plus 40" w:hAnsi="Letter-join Plus 40"/>
              </w:rPr>
            </w:pPr>
            <w:r w:rsidRPr="003C5765">
              <w:rPr>
                <w:rStyle w:val="Strong"/>
                <w:rFonts w:ascii="Letter-join Plus 40" w:hAnsi="Letter-join Plus 40"/>
              </w:rPr>
              <w:t>Pupil Leadership</w:t>
            </w:r>
          </w:p>
        </w:tc>
        <w:tc>
          <w:tcPr>
            <w:tcW w:w="0" w:type="auto"/>
            <w:hideMark/>
          </w:tcPr>
          <w:p w14:paraId="5DD23008" w14:textId="77777777" w:rsidR="00D65536" w:rsidRPr="003C5765" w:rsidRDefault="00D65536" w:rsidP="001B7076">
            <w:pPr>
              <w:rPr>
                <w:rFonts w:ascii="Letter-join Plus 40" w:hAnsi="Letter-join Plus 40"/>
              </w:rPr>
            </w:pPr>
            <w:r w:rsidRPr="003C5765">
              <w:rPr>
                <w:rFonts w:ascii="Letter-join Plus 40" w:hAnsi="Letter-join Plus 40"/>
              </w:rPr>
              <w:t>School Council, class representatives</w:t>
            </w:r>
          </w:p>
        </w:tc>
        <w:tc>
          <w:tcPr>
            <w:tcW w:w="0" w:type="auto"/>
            <w:hideMark/>
          </w:tcPr>
          <w:p w14:paraId="63899984" w14:textId="77777777" w:rsidR="00D65536" w:rsidRPr="003C5765" w:rsidRDefault="00D65536" w:rsidP="001B7076">
            <w:pPr>
              <w:rPr>
                <w:rFonts w:ascii="Letter-join Plus 40" w:hAnsi="Letter-join Plus 40"/>
              </w:rPr>
            </w:pPr>
            <w:r w:rsidRPr="003C5765">
              <w:rPr>
                <w:rFonts w:ascii="Letter-join Plus 40" w:hAnsi="Letter-join Plus 40"/>
              </w:rPr>
              <w:t>Playground expectations, peer role models</w:t>
            </w:r>
          </w:p>
        </w:tc>
        <w:tc>
          <w:tcPr>
            <w:tcW w:w="0" w:type="auto"/>
            <w:hideMark/>
          </w:tcPr>
          <w:p w14:paraId="30D34B66" w14:textId="77777777" w:rsidR="00D65536" w:rsidRPr="003C5765" w:rsidRDefault="00D65536" w:rsidP="001B7076">
            <w:pPr>
              <w:rPr>
                <w:rFonts w:ascii="Letter-join Plus 40" w:hAnsi="Letter-join Plus 40"/>
              </w:rPr>
            </w:pPr>
            <w:proofErr w:type="spellStart"/>
            <w:r w:rsidRPr="003C5765">
              <w:rPr>
                <w:rFonts w:ascii="Letter-join Plus 40" w:hAnsi="Letter-join Plus 40"/>
              </w:rPr>
              <w:t>MindMate</w:t>
            </w:r>
            <w:proofErr w:type="spellEnd"/>
            <w:r w:rsidRPr="003C5765">
              <w:rPr>
                <w:rFonts w:ascii="Letter-join Plus 40" w:hAnsi="Letter-join Plus 40"/>
              </w:rPr>
              <w:t xml:space="preserve"> Ambassadors, Reading Buddies, EAL Buddies, Year Group Buddies</w:t>
            </w:r>
          </w:p>
        </w:tc>
        <w:tc>
          <w:tcPr>
            <w:tcW w:w="0" w:type="auto"/>
            <w:hideMark/>
          </w:tcPr>
          <w:p w14:paraId="350057DB" w14:textId="77777777" w:rsidR="00D65536" w:rsidRPr="003C5765" w:rsidRDefault="00D65536" w:rsidP="001B7076">
            <w:pPr>
              <w:rPr>
                <w:rFonts w:ascii="Letter-join Plus 40" w:hAnsi="Letter-join Plus 40"/>
              </w:rPr>
            </w:pPr>
            <w:r w:rsidRPr="003C5765">
              <w:rPr>
                <w:rFonts w:ascii="Letter-join Plus 40" w:hAnsi="Letter-join Plus 40"/>
              </w:rPr>
              <w:t>Buddy systems, peer support</w:t>
            </w:r>
          </w:p>
        </w:tc>
        <w:tc>
          <w:tcPr>
            <w:tcW w:w="0" w:type="auto"/>
            <w:hideMark/>
          </w:tcPr>
          <w:p w14:paraId="69373131" w14:textId="77777777" w:rsidR="00D65536" w:rsidRPr="003C5765" w:rsidRDefault="00D65536" w:rsidP="001B7076">
            <w:pPr>
              <w:rPr>
                <w:rFonts w:ascii="Letter-join Plus 40" w:hAnsi="Letter-join Plus 40"/>
              </w:rPr>
            </w:pPr>
            <w:r w:rsidRPr="003C5765">
              <w:rPr>
                <w:rFonts w:ascii="Letter-join Plus 40" w:hAnsi="Letter-join Plus 40"/>
              </w:rPr>
              <w:t>Ambassadors promoting inclusion and belonging</w:t>
            </w:r>
          </w:p>
        </w:tc>
      </w:tr>
      <w:tr w:rsidR="00D65536" w14:paraId="103E7BAE" w14:textId="77777777" w:rsidTr="001B7076">
        <w:tc>
          <w:tcPr>
            <w:tcW w:w="0" w:type="auto"/>
            <w:hideMark/>
          </w:tcPr>
          <w:p w14:paraId="5D7711E7" w14:textId="77777777" w:rsidR="00D65536" w:rsidRPr="003C5765" w:rsidRDefault="00D65536" w:rsidP="001B7076">
            <w:pPr>
              <w:rPr>
                <w:rFonts w:ascii="Letter-join Plus 40" w:hAnsi="Letter-join Plus 40"/>
              </w:rPr>
            </w:pPr>
            <w:r w:rsidRPr="003C5765">
              <w:rPr>
                <w:rStyle w:val="Strong"/>
                <w:rFonts w:ascii="Letter-join Plus 40" w:hAnsi="Letter-join Plus 40"/>
              </w:rPr>
              <w:t>Pupil Voice</w:t>
            </w:r>
          </w:p>
        </w:tc>
        <w:tc>
          <w:tcPr>
            <w:tcW w:w="0" w:type="auto"/>
            <w:hideMark/>
          </w:tcPr>
          <w:p w14:paraId="3BF6A236" w14:textId="77777777" w:rsidR="00D65536" w:rsidRPr="003C5765" w:rsidRDefault="00D65536" w:rsidP="001B7076">
            <w:pPr>
              <w:rPr>
                <w:rFonts w:ascii="Letter-join Plus 40" w:hAnsi="Letter-join Plus 40"/>
              </w:rPr>
            </w:pPr>
            <w:r w:rsidRPr="003C5765">
              <w:rPr>
                <w:rFonts w:ascii="Letter-join Plus 40" w:hAnsi="Letter-join Plus 40"/>
              </w:rPr>
              <w:t>School Council decisions, questionnaires, Floor Books, curriculum reviews</w:t>
            </w:r>
          </w:p>
        </w:tc>
        <w:tc>
          <w:tcPr>
            <w:tcW w:w="0" w:type="auto"/>
            <w:hideMark/>
          </w:tcPr>
          <w:p w14:paraId="7FB9BC8B" w14:textId="77777777" w:rsidR="00D65536" w:rsidRPr="003C5765" w:rsidRDefault="00D65536" w:rsidP="001B7076">
            <w:pPr>
              <w:rPr>
                <w:rFonts w:ascii="Letter-join Plus 40" w:hAnsi="Letter-join Plus 40"/>
              </w:rPr>
            </w:pPr>
            <w:r w:rsidRPr="003C5765">
              <w:rPr>
                <w:rFonts w:ascii="Letter-join Plus 40" w:hAnsi="Letter-join Plus 40"/>
              </w:rPr>
              <w:t>Behaviour reflections, safeguarding discussions</w:t>
            </w:r>
          </w:p>
        </w:tc>
        <w:tc>
          <w:tcPr>
            <w:tcW w:w="0" w:type="auto"/>
            <w:hideMark/>
          </w:tcPr>
          <w:p w14:paraId="138312EA" w14:textId="77777777" w:rsidR="00D65536" w:rsidRPr="003C5765" w:rsidRDefault="00D65536" w:rsidP="001B7076">
            <w:pPr>
              <w:rPr>
                <w:rFonts w:ascii="Letter-join Plus 40" w:hAnsi="Letter-join Plus 40"/>
              </w:rPr>
            </w:pPr>
            <w:r w:rsidRPr="003C5765">
              <w:rPr>
                <w:rFonts w:ascii="Letter-join Plus 40" w:hAnsi="Letter-join Plus 40"/>
              </w:rPr>
              <w:t>Wellbeing surveys, emotional check-ins</w:t>
            </w:r>
          </w:p>
        </w:tc>
        <w:tc>
          <w:tcPr>
            <w:tcW w:w="0" w:type="auto"/>
            <w:hideMark/>
          </w:tcPr>
          <w:p w14:paraId="26795C92" w14:textId="77777777" w:rsidR="00D65536" w:rsidRPr="003C5765" w:rsidRDefault="00D65536" w:rsidP="001B7076">
            <w:pPr>
              <w:rPr>
                <w:rFonts w:ascii="Letter-join Plus 40" w:hAnsi="Letter-join Plus 40"/>
              </w:rPr>
            </w:pPr>
            <w:r w:rsidRPr="003C5765">
              <w:rPr>
                <w:rFonts w:ascii="Letter-join Plus 40" w:hAnsi="Letter-join Plus 40"/>
              </w:rPr>
              <w:t>Reflection on relationships and teamwork</w:t>
            </w:r>
          </w:p>
        </w:tc>
        <w:tc>
          <w:tcPr>
            <w:tcW w:w="0" w:type="auto"/>
            <w:hideMark/>
          </w:tcPr>
          <w:p w14:paraId="18E12468" w14:textId="77777777" w:rsidR="00D65536" w:rsidRPr="003C5765" w:rsidRDefault="00D65536" w:rsidP="001B7076">
            <w:pPr>
              <w:rPr>
                <w:rFonts w:ascii="Letter-join Plus 40" w:hAnsi="Letter-join Plus 40"/>
              </w:rPr>
            </w:pPr>
            <w:r w:rsidRPr="003C5765">
              <w:rPr>
                <w:rFonts w:ascii="Letter-join Plus 40" w:hAnsi="Letter-join Plus 40"/>
              </w:rPr>
              <w:t>Discussions around equality, identity and belonging</w:t>
            </w:r>
          </w:p>
        </w:tc>
      </w:tr>
      <w:tr w:rsidR="00D65536" w14:paraId="2BB1709A" w14:textId="77777777" w:rsidTr="001B7076">
        <w:tc>
          <w:tcPr>
            <w:tcW w:w="0" w:type="auto"/>
            <w:hideMark/>
          </w:tcPr>
          <w:p w14:paraId="481B8A24" w14:textId="77777777" w:rsidR="00D65536" w:rsidRPr="003C5765" w:rsidRDefault="00D65536" w:rsidP="001B7076">
            <w:pPr>
              <w:rPr>
                <w:rFonts w:ascii="Letter-join Plus 40" w:hAnsi="Letter-join Plus 40"/>
              </w:rPr>
            </w:pPr>
            <w:r w:rsidRPr="003C5765">
              <w:rPr>
                <w:rStyle w:val="Strong"/>
                <w:rFonts w:ascii="Letter-join Plus 40" w:hAnsi="Letter-join Plus 40"/>
              </w:rPr>
              <w:t>Visitors &amp; Workshops</w:t>
            </w:r>
          </w:p>
        </w:tc>
        <w:tc>
          <w:tcPr>
            <w:tcW w:w="0" w:type="auto"/>
            <w:hideMark/>
          </w:tcPr>
          <w:p w14:paraId="638F6F4D" w14:textId="77777777" w:rsidR="00D65536" w:rsidRPr="003C5765" w:rsidRDefault="00D65536" w:rsidP="001B7076">
            <w:pPr>
              <w:rPr>
                <w:rFonts w:ascii="Letter-join Plus 40" w:hAnsi="Letter-join Plus 40"/>
              </w:rPr>
            </w:pPr>
            <w:r w:rsidRPr="003C5765">
              <w:rPr>
                <w:rFonts w:ascii="Letter-join Plus 40" w:hAnsi="Letter-join Plus 40"/>
              </w:rPr>
              <w:t>Careers Fair, employer encounters, local councillors</w:t>
            </w:r>
          </w:p>
        </w:tc>
        <w:tc>
          <w:tcPr>
            <w:tcW w:w="0" w:type="auto"/>
            <w:hideMark/>
          </w:tcPr>
          <w:p w14:paraId="10ADD037" w14:textId="77777777" w:rsidR="00D65536" w:rsidRPr="003C5765" w:rsidRDefault="00D65536" w:rsidP="001B7076">
            <w:pPr>
              <w:rPr>
                <w:rFonts w:ascii="Letter-join Plus 40" w:hAnsi="Letter-join Plus 40"/>
              </w:rPr>
            </w:pPr>
            <w:r w:rsidRPr="003C5765">
              <w:rPr>
                <w:rFonts w:ascii="Letter-join Plus 40" w:hAnsi="Letter-join Plus 40"/>
              </w:rPr>
              <w:t xml:space="preserve">Police Education, </w:t>
            </w:r>
            <w:proofErr w:type="spellStart"/>
            <w:r w:rsidRPr="003C5765">
              <w:rPr>
                <w:rFonts w:ascii="Letter-join Plus 40" w:hAnsi="Letter-join Plus 40"/>
              </w:rPr>
              <w:t>D:Side</w:t>
            </w:r>
            <w:proofErr w:type="spellEnd"/>
            <w:r w:rsidRPr="003C5765">
              <w:rPr>
                <w:rFonts w:ascii="Letter-join Plus 40" w:hAnsi="Letter-join Plus 40"/>
              </w:rPr>
              <w:t xml:space="preserve">, NSPCC, Road Safety, </w:t>
            </w:r>
            <w:proofErr w:type="spellStart"/>
            <w:r w:rsidRPr="003C5765">
              <w:rPr>
                <w:rFonts w:ascii="Letter-join Plus 40" w:hAnsi="Letter-join Plus 40"/>
              </w:rPr>
              <w:t>Bikeability</w:t>
            </w:r>
            <w:proofErr w:type="spellEnd"/>
          </w:p>
        </w:tc>
        <w:tc>
          <w:tcPr>
            <w:tcW w:w="0" w:type="auto"/>
            <w:hideMark/>
          </w:tcPr>
          <w:p w14:paraId="77198F64" w14:textId="77777777" w:rsidR="00D65536" w:rsidRPr="003C5765" w:rsidRDefault="00D65536" w:rsidP="001B7076">
            <w:pPr>
              <w:rPr>
                <w:rFonts w:ascii="Letter-join Plus 40" w:hAnsi="Letter-join Plus 40"/>
              </w:rPr>
            </w:pPr>
            <w:proofErr w:type="spellStart"/>
            <w:r w:rsidRPr="003C5765">
              <w:rPr>
                <w:rFonts w:ascii="Letter-join Plus 40" w:hAnsi="Letter-join Plus 40"/>
              </w:rPr>
              <w:t>MindMate</w:t>
            </w:r>
            <w:proofErr w:type="spellEnd"/>
            <w:r w:rsidRPr="003C5765">
              <w:rPr>
                <w:rFonts w:ascii="Letter-join Plus 40" w:hAnsi="Letter-join Plus 40"/>
              </w:rPr>
              <w:t xml:space="preserve"> Support Team, Health &amp; Wellbeing visitors</w:t>
            </w:r>
          </w:p>
        </w:tc>
        <w:tc>
          <w:tcPr>
            <w:tcW w:w="0" w:type="auto"/>
            <w:hideMark/>
          </w:tcPr>
          <w:p w14:paraId="2A9EDF1F" w14:textId="77777777" w:rsidR="00D65536" w:rsidRPr="003C5765" w:rsidRDefault="00D65536" w:rsidP="001B7076">
            <w:pPr>
              <w:rPr>
                <w:rFonts w:ascii="Letter-join Plus 40" w:hAnsi="Letter-join Plus 40"/>
              </w:rPr>
            </w:pPr>
            <w:r w:rsidRPr="003C5765">
              <w:rPr>
                <w:rFonts w:ascii="Letter-join Plus 40" w:hAnsi="Letter-join Plus 40"/>
              </w:rPr>
              <w:t>Community visitors and teamwork activities</w:t>
            </w:r>
          </w:p>
        </w:tc>
        <w:tc>
          <w:tcPr>
            <w:tcW w:w="0" w:type="auto"/>
            <w:hideMark/>
          </w:tcPr>
          <w:p w14:paraId="2BE28267" w14:textId="77777777" w:rsidR="00D65536" w:rsidRPr="003C5765" w:rsidRDefault="00D65536" w:rsidP="001B7076">
            <w:pPr>
              <w:rPr>
                <w:rFonts w:ascii="Letter-join Plus 40" w:hAnsi="Letter-join Plus 40"/>
              </w:rPr>
            </w:pPr>
            <w:r w:rsidRPr="003C5765">
              <w:rPr>
                <w:rFonts w:ascii="Letter-join Plus 40" w:hAnsi="Letter-join Plus 40"/>
              </w:rPr>
              <w:t>Diversity Role Models, faith visitors, places of worship</w:t>
            </w:r>
          </w:p>
        </w:tc>
      </w:tr>
      <w:tr w:rsidR="00D65536" w14:paraId="67C4FDD6" w14:textId="77777777" w:rsidTr="001B7076">
        <w:tc>
          <w:tcPr>
            <w:tcW w:w="0" w:type="auto"/>
            <w:hideMark/>
          </w:tcPr>
          <w:p w14:paraId="51398CDA" w14:textId="77777777" w:rsidR="00D65536" w:rsidRPr="003C5765" w:rsidRDefault="00D65536" w:rsidP="001B7076">
            <w:pPr>
              <w:rPr>
                <w:rFonts w:ascii="Letter-join Plus 40" w:hAnsi="Letter-join Plus 40"/>
              </w:rPr>
            </w:pPr>
            <w:r w:rsidRPr="003C5765">
              <w:rPr>
                <w:rStyle w:val="Strong"/>
                <w:rFonts w:ascii="Letter-join Plus 40" w:hAnsi="Letter-join Plus 40"/>
              </w:rPr>
              <w:t>Educational Visits &amp; Enrichment</w:t>
            </w:r>
          </w:p>
        </w:tc>
        <w:tc>
          <w:tcPr>
            <w:tcW w:w="0" w:type="auto"/>
            <w:hideMark/>
          </w:tcPr>
          <w:p w14:paraId="27DD56EC" w14:textId="77777777" w:rsidR="00D65536" w:rsidRPr="003C5765" w:rsidRDefault="00D65536" w:rsidP="001B7076">
            <w:pPr>
              <w:rPr>
                <w:rFonts w:ascii="Letter-join Plus 40" w:hAnsi="Letter-join Plus 40"/>
              </w:rPr>
            </w:pPr>
            <w:r w:rsidRPr="003C5765">
              <w:rPr>
                <w:rFonts w:ascii="Letter-join Plus 40" w:hAnsi="Letter-join Plus 40"/>
              </w:rPr>
              <w:t>Careers events, community projects</w:t>
            </w:r>
          </w:p>
        </w:tc>
        <w:tc>
          <w:tcPr>
            <w:tcW w:w="0" w:type="auto"/>
            <w:hideMark/>
          </w:tcPr>
          <w:p w14:paraId="715C5966" w14:textId="77777777" w:rsidR="00D65536" w:rsidRPr="003C5765" w:rsidRDefault="00D65536" w:rsidP="001B7076">
            <w:pPr>
              <w:rPr>
                <w:rFonts w:ascii="Letter-join Plus 40" w:hAnsi="Letter-join Plus 40"/>
              </w:rPr>
            </w:pPr>
            <w:r w:rsidRPr="003C5765">
              <w:rPr>
                <w:rFonts w:ascii="Letter-join Plus 40" w:hAnsi="Letter-join Plus 40"/>
              </w:rPr>
              <w:t xml:space="preserve">Safety workshops, </w:t>
            </w:r>
            <w:proofErr w:type="spellStart"/>
            <w:r w:rsidRPr="003C5765">
              <w:rPr>
                <w:rFonts w:ascii="Letter-join Plus 40" w:hAnsi="Letter-join Plus 40"/>
              </w:rPr>
              <w:t>Bikeability</w:t>
            </w:r>
            <w:proofErr w:type="spellEnd"/>
            <w:r w:rsidRPr="003C5765">
              <w:rPr>
                <w:rFonts w:ascii="Letter-join Plus 40" w:hAnsi="Letter-join Plus 40"/>
              </w:rPr>
              <w:t>, Water Safety</w:t>
            </w:r>
          </w:p>
        </w:tc>
        <w:tc>
          <w:tcPr>
            <w:tcW w:w="0" w:type="auto"/>
            <w:hideMark/>
          </w:tcPr>
          <w:p w14:paraId="7EDE8AB2" w14:textId="77777777" w:rsidR="00D65536" w:rsidRPr="003C5765" w:rsidRDefault="00D65536" w:rsidP="001B7076">
            <w:pPr>
              <w:rPr>
                <w:rFonts w:ascii="Letter-join Plus 40" w:hAnsi="Letter-join Plus 40"/>
              </w:rPr>
            </w:pPr>
            <w:r w:rsidRPr="003C5765">
              <w:rPr>
                <w:rFonts w:ascii="Letter-join Plus 40" w:hAnsi="Letter-join Plus 40"/>
              </w:rPr>
              <w:t>Clubs, residentials, enrichment opportunities</w:t>
            </w:r>
          </w:p>
        </w:tc>
        <w:tc>
          <w:tcPr>
            <w:tcW w:w="0" w:type="auto"/>
            <w:hideMark/>
          </w:tcPr>
          <w:p w14:paraId="3A7BDD67" w14:textId="77777777" w:rsidR="00D65536" w:rsidRPr="003C5765" w:rsidRDefault="00D65536" w:rsidP="001B7076">
            <w:pPr>
              <w:rPr>
                <w:rFonts w:ascii="Letter-join Plus 40" w:hAnsi="Letter-join Plus 40"/>
              </w:rPr>
            </w:pPr>
            <w:r w:rsidRPr="003C5765">
              <w:rPr>
                <w:rFonts w:ascii="Letter-join Plus 40" w:hAnsi="Letter-join Plus 40"/>
              </w:rPr>
              <w:t>Team-building activities, collaborative learning</w:t>
            </w:r>
          </w:p>
        </w:tc>
        <w:tc>
          <w:tcPr>
            <w:tcW w:w="0" w:type="auto"/>
            <w:hideMark/>
          </w:tcPr>
          <w:p w14:paraId="3CE9934E" w14:textId="77777777" w:rsidR="00D65536" w:rsidRPr="003C5765" w:rsidRDefault="00D65536" w:rsidP="001B7076">
            <w:pPr>
              <w:rPr>
                <w:rFonts w:ascii="Letter-join Plus 40" w:hAnsi="Letter-join Plus 40"/>
              </w:rPr>
            </w:pPr>
            <w:r w:rsidRPr="003C5765">
              <w:rPr>
                <w:rFonts w:ascii="Letter-join Plus 40" w:hAnsi="Letter-join Plus 40"/>
              </w:rPr>
              <w:t>Visits linked to RE and cultural understanding</w:t>
            </w:r>
          </w:p>
        </w:tc>
      </w:tr>
      <w:tr w:rsidR="00D65536" w14:paraId="7C5E0119" w14:textId="77777777" w:rsidTr="001B7076">
        <w:tc>
          <w:tcPr>
            <w:tcW w:w="0" w:type="auto"/>
            <w:hideMark/>
          </w:tcPr>
          <w:p w14:paraId="0B4AE72B" w14:textId="77777777" w:rsidR="00D65536" w:rsidRPr="003C5765" w:rsidRDefault="00D65536" w:rsidP="001B7076">
            <w:pPr>
              <w:rPr>
                <w:rFonts w:ascii="Letter-join Plus 40" w:hAnsi="Letter-join Plus 40"/>
              </w:rPr>
            </w:pPr>
            <w:r w:rsidRPr="003C5765">
              <w:rPr>
                <w:rStyle w:val="Strong"/>
                <w:rFonts w:ascii="Letter-join Plus 40" w:hAnsi="Letter-join Plus 40"/>
              </w:rPr>
              <w:t>School Environment</w:t>
            </w:r>
          </w:p>
        </w:tc>
        <w:tc>
          <w:tcPr>
            <w:tcW w:w="0" w:type="auto"/>
            <w:hideMark/>
          </w:tcPr>
          <w:p w14:paraId="539309BA" w14:textId="77777777" w:rsidR="00D65536" w:rsidRPr="003C5765" w:rsidRDefault="00D65536" w:rsidP="001B7076">
            <w:pPr>
              <w:rPr>
                <w:rFonts w:ascii="Letter-join Plus 40" w:hAnsi="Letter-join Plus 40"/>
              </w:rPr>
            </w:pPr>
            <w:r w:rsidRPr="003C5765">
              <w:rPr>
                <w:rFonts w:ascii="Letter-join Plus 40" w:hAnsi="Letter-join Plus 40"/>
              </w:rPr>
              <w:t>School Council displays, British Values display, pupil voice displays</w:t>
            </w:r>
          </w:p>
        </w:tc>
        <w:tc>
          <w:tcPr>
            <w:tcW w:w="0" w:type="auto"/>
            <w:hideMark/>
          </w:tcPr>
          <w:p w14:paraId="4AE90BBF" w14:textId="77777777" w:rsidR="00D65536" w:rsidRPr="003C5765" w:rsidRDefault="00D65536" w:rsidP="001B7076">
            <w:pPr>
              <w:rPr>
                <w:rFonts w:ascii="Letter-join Plus 40" w:hAnsi="Letter-join Plus 40"/>
              </w:rPr>
            </w:pPr>
            <w:r w:rsidRPr="003C5765">
              <w:rPr>
                <w:rFonts w:ascii="Letter-join Plus 40" w:hAnsi="Letter-join Plus 40"/>
              </w:rPr>
              <w:t>Behaviour expectations, safeguarding displays, Zones of Regulation</w:t>
            </w:r>
          </w:p>
        </w:tc>
        <w:tc>
          <w:tcPr>
            <w:tcW w:w="0" w:type="auto"/>
            <w:hideMark/>
          </w:tcPr>
          <w:p w14:paraId="69747CCB" w14:textId="77777777" w:rsidR="00D65536" w:rsidRPr="003C5765" w:rsidRDefault="00D65536" w:rsidP="001B7076">
            <w:pPr>
              <w:rPr>
                <w:rFonts w:ascii="Letter-join Plus 40" w:hAnsi="Letter-join Plus 40"/>
              </w:rPr>
            </w:pPr>
            <w:r w:rsidRPr="003C5765">
              <w:rPr>
                <w:rFonts w:ascii="Letter-join Plus 40" w:hAnsi="Letter-join Plus 40"/>
              </w:rPr>
              <w:t>Wellbeing displays, regulation spaces, growth mindset</w:t>
            </w:r>
          </w:p>
        </w:tc>
        <w:tc>
          <w:tcPr>
            <w:tcW w:w="0" w:type="auto"/>
            <w:hideMark/>
          </w:tcPr>
          <w:p w14:paraId="34E472DB" w14:textId="77777777" w:rsidR="00D65536" w:rsidRPr="003C5765" w:rsidRDefault="00D65536" w:rsidP="001B7076">
            <w:pPr>
              <w:rPr>
                <w:rFonts w:ascii="Letter-join Plus 40" w:hAnsi="Letter-join Plus 40"/>
              </w:rPr>
            </w:pPr>
            <w:r w:rsidRPr="003C5765">
              <w:rPr>
                <w:rFonts w:ascii="Letter-join Plus 40" w:hAnsi="Letter-join Plus 40"/>
              </w:rPr>
              <w:t>Values displays, anti-bullying displays, celebration boards</w:t>
            </w:r>
          </w:p>
        </w:tc>
        <w:tc>
          <w:tcPr>
            <w:tcW w:w="0" w:type="auto"/>
            <w:hideMark/>
          </w:tcPr>
          <w:p w14:paraId="3B16FFBE" w14:textId="77777777" w:rsidR="00D65536" w:rsidRPr="003C5765" w:rsidRDefault="00D65536" w:rsidP="001B7076">
            <w:pPr>
              <w:rPr>
                <w:rFonts w:ascii="Letter-join Plus 40" w:hAnsi="Letter-join Plus 40"/>
              </w:rPr>
            </w:pPr>
            <w:r w:rsidRPr="003C5765">
              <w:rPr>
                <w:rFonts w:ascii="Letter-join Plus 40" w:hAnsi="Letter-join Plus 40"/>
              </w:rPr>
              <w:t>RE displays, Protected Characteristics displays, diversity books and displays</w:t>
            </w:r>
          </w:p>
        </w:tc>
      </w:tr>
      <w:tr w:rsidR="00D65536" w14:paraId="5B33DE00" w14:textId="77777777" w:rsidTr="001B7076">
        <w:tc>
          <w:tcPr>
            <w:tcW w:w="0" w:type="auto"/>
            <w:hideMark/>
          </w:tcPr>
          <w:p w14:paraId="3D5D1D8F" w14:textId="77777777" w:rsidR="00D65536" w:rsidRPr="003C5765" w:rsidRDefault="00D65536" w:rsidP="001B7076">
            <w:pPr>
              <w:rPr>
                <w:rFonts w:ascii="Letter-join Plus 40" w:hAnsi="Letter-join Plus 40"/>
              </w:rPr>
            </w:pPr>
            <w:r w:rsidRPr="003C5765">
              <w:rPr>
                <w:rStyle w:val="Strong"/>
                <w:rFonts w:ascii="Letter-join Plus 40" w:hAnsi="Letter-join Plus 40"/>
              </w:rPr>
              <w:t>Assessment &amp; Evidence</w:t>
            </w:r>
          </w:p>
        </w:tc>
        <w:tc>
          <w:tcPr>
            <w:tcW w:w="0" w:type="auto"/>
            <w:hideMark/>
          </w:tcPr>
          <w:p w14:paraId="3843CBFE" w14:textId="77777777" w:rsidR="00D65536" w:rsidRPr="003C5765" w:rsidRDefault="00D65536" w:rsidP="001B7076">
            <w:pPr>
              <w:rPr>
                <w:rFonts w:ascii="Letter-join Plus 40" w:hAnsi="Letter-join Plus 40"/>
              </w:rPr>
            </w:pPr>
            <w:r w:rsidRPr="003C5765">
              <w:rPr>
                <w:rFonts w:ascii="Letter-join Plus 40" w:hAnsi="Letter-join Plus 40"/>
              </w:rPr>
              <w:t>Floor Books, debate, pupil reflections, School Council minutes</w:t>
            </w:r>
          </w:p>
        </w:tc>
        <w:tc>
          <w:tcPr>
            <w:tcW w:w="0" w:type="auto"/>
            <w:hideMark/>
          </w:tcPr>
          <w:p w14:paraId="1BF5AF56" w14:textId="77777777" w:rsidR="00D65536" w:rsidRPr="003C5765" w:rsidRDefault="00D65536" w:rsidP="001B7076">
            <w:pPr>
              <w:rPr>
                <w:rFonts w:ascii="Letter-join Plus 40" w:hAnsi="Letter-join Plus 40"/>
              </w:rPr>
            </w:pPr>
            <w:r w:rsidRPr="003C5765">
              <w:rPr>
                <w:rFonts w:ascii="Letter-join Plus 40" w:hAnsi="Letter-join Plus 40"/>
              </w:rPr>
              <w:t>Floor Books, safeguarding scenarios, behaviour reflections</w:t>
            </w:r>
          </w:p>
        </w:tc>
        <w:tc>
          <w:tcPr>
            <w:tcW w:w="0" w:type="auto"/>
            <w:hideMark/>
          </w:tcPr>
          <w:p w14:paraId="3B542479" w14:textId="77777777" w:rsidR="00D65536" w:rsidRPr="003C5765" w:rsidRDefault="00D65536" w:rsidP="001B7076">
            <w:pPr>
              <w:rPr>
                <w:rFonts w:ascii="Letter-join Plus 40" w:hAnsi="Letter-join Plus 40"/>
              </w:rPr>
            </w:pPr>
            <w:r w:rsidRPr="003C5765">
              <w:rPr>
                <w:rFonts w:ascii="Letter-join Plus 40" w:hAnsi="Letter-join Plus 40"/>
              </w:rPr>
              <w:t>Floor Books, wellbeing reflections, personal targets</w:t>
            </w:r>
          </w:p>
        </w:tc>
        <w:tc>
          <w:tcPr>
            <w:tcW w:w="0" w:type="auto"/>
            <w:hideMark/>
          </w:tcPr>
          <w:p w14:paraId="26081292" w14:textId="77777777" w:rsidR="00D65536" w:rsidRPr="003C5765" w:rsidRDefault="00D65536" w:rsidP="001B7076">
            <w:pPr>
              <w:rPr>
                <w:rFonts w:ascii="Letter-join Plus 40" w:hAnsi="Letter-join Plus 40"/>
              </w:rPr>
            </w:pPr>
            <w:r w:rsidRPr="003C5765">
              <w:rPr>
                <w:rFonts w:ascii="Letter-join Plus 40" w:hAnsi="Letter-join Plus 40"/>
              </w:rPr>
              <w:t>Floor Books, relationship scenarios, pupil discussions</w:t>
            </w:r>
          </w:p>
        </w:tc>
        <w:tc>
          <w:tcPr>
            <w:tcW w:w="0" w:type="auto"/>
            <w:hideMark/>
          </w:tcPr>
          <w:p w14:paraId="1EBD3200" w14:textId="77777777" w:rsidR="00D65536" w:rsidRPr="003C5765" w:rsidRDefault="00D65536" w:rsidP="001B7076">
            <w:pPr>
              <w:rPr>
                <w:rFonts w:ascii="Letter-join Plus 40" w:hAnsi="Letter-join Plus 40"/>
              </w:rPr>
            </w:pPr>
            <w:r w:rsidRPr="003C5765">
              <w:rPr>
                <w:rFonts w:ascii="Letter-join Plus 40" w:hAnsi="Letter-join Plus 40"/>
              </w:rPr>
              <w:t>Floor Books, RE work, equality discussions, celebration reflections</w:t>
            </w:r>
          </w:p>
        </w:tc>
      </w:tr>
      <w:tr w:rsidR="00D65536" w14:paraId="2AFA98BF" w14:textId="77777777" w:rsidTr="001B7076">
        <w:tc>
          <w:tcPr>
            <w:tcW w:w="0" w:type="auto"/>
            <w:hideMark/>
          </w:tcPr>
          <w:p w14:paraId="6FD88216" w14:textId="77777777" w:rsidR="00D65536" w:rsidRPr="003C5765" w:rsidRDefault="00D65536" w:rsidP="001B7076">
            <w:pPr>
              <w:rPr>
                <w:rFonts w:ascii="Letter-join Plus 40" w:hAnsi="Letter-join Plus 40"/>
              </w:rPr>
            </w:pPr>
            <w:r w:rsidRPr="003C5765">
              <w:rPr>
                <w:rStyle w:val="Strong"/>
                <w:rFonts w:ascii="Letter-join Plus 40" w:hAnsi="Letter-join Plus 40"/>
              </w:rPr>
              <w:t>What this looks like at Parklands</w:t>
            </w:r>
          </w:p>
        </w:tc>
        <w:tc>
          <w:tcPr>
            <w:tcW w:w="0" w:type="auto"/>
            <w:hideMark/>
          </w:tcPr>
          <w:p w14:paraId="600368E5" w14:textId="77777777" w:rsidR="00D65536" w:rsidRPr="003C5765" w:rsidRDefault="00D65536" w:rsidP="001B7076">
            <w:pPr>
              <w:rPr>
                <w:rFonts w:ascii="Letter-join Plus 40" w:hAnsi="Letter-join Plus 40"/>
              </w:rPr>
            </w:pPr>
            <w:r w:rsidRPr="003C5765">
              <w:rPr>
                <w:rFonts w:ascii="Letter-join Plus 40" w:hAnsi="Letter-join Plus 40"/>
              </w:rPr>
              <w:t>Children confidently share ideas, vote fairly and understand their voice matters.</w:t>
            </w:r>
          </w:p>
        </w:tc>
        <w:tc>
          <w:tcPr>
            <w:tcW w:w="0" w:type="auto"/>
            <w:hideMark/>
          </w:tcPr>
          <w:p w14:paraId="7DDC1066" w14:textId="77777777" w:rsidR="00D65536" w:rsidRPr="003C5765" w:rsidRDefault="00D65536" w:rsidP="001B7076">
            <w:pPr>
              <w:rPr>
                <w:rFonts w:ascii="Letter-join Plus 40" w:hAnsi="Letter-join Plus 40"/>
              </w:rPr>
            </w:pPr>
            <w:r w:rsidRPr="003C5765">
              <w:rPr>
                <w:rFonts w:ascii="Letter-join Plus 40" w:hAnsi="Letter-join Plus 40"/>
              </w:rPr>
              <w:t>Children make responsible choices, understand why rules exist and know where to seek help.</w:t>
            </w:r>
          </w:p>
        </w:tc>
        <w:tc>
          <w:tcPr>
            <w:tcW w:w="0" w:type="auto"/>
            <w:hideMark/>
          </w:tcPr>
          <w:p w14:paraId="7E6E18E1" w14:textId="77777777" w:rsidR="00D65536" w:rsidRPr="003C5765" w:rsidRDefault="00D65536" w:rsidP="001B7076">
            <w:pPr>
              <w:rPr>
                <w:rFonts w:ascii="Letter-join Plus 40" w:hAnsi="Letter-join Plus 40"/>
              </w:rPr>
            </w:pPr>
            <w:r w:rsidRPr="003C5765">
              <w:rPr>
                <w:rFonts w:ascii="Letter-join Plus 40" w:hAnsi="Letter-join Plus 40"/>
              </w:rPr>
              <w:t>Children show resilience, independence and make safe choices whilst celebrating individuality.</w:t>
            </w:r>
          </w:p>
        </w:tc>
        <w:tc>
          <w:tcPr>
            <w:tcW w:w="0" w:type="auto"/>
            <w:hideMark/>
          </w:tcPr>
          <w:p w14:paraId="60BD6B4B" w14:textId="77777777" w:rsidR="00D65536" w:rsidRPr="003C5765" w:rsidRDefault="00D65536" w:rsidP="001B7076">
            <w:pPr>
              <w:rPr>
                <w:rFonts w:ascii="Letter-join Plus 40" w:hAnsi="Letter-join Plus 40"/>
              </w:rPr>
            </w:pPr>
            <w:r w:rsidRPr="003C5765">
              <w:rPr>
                <w:rFonts w:ascii="Letter-join Plus 40" w:hAnsi="Letter-join Plus 40"/>
              </w:rPr>
              <w:t>Children demonstrate kindness, empathy and work positively with others.</w:t>
            </w:r>
          </w:p>
        </w:tc>
        <w:tc>
          <w:tcPr>
            <w:tcW w:w="0" w:type="auto"/>
            <w:hideMark/>
          </w:tcPr>
          <w:p w14:paraId="5DCA0A50" w14:textId="77777777" w:rsidR="00D65536" w:rsidRPr="003C5765" w:rsidRDefault="00D65536" w:rsidP="001B7076">
            <w:pPr>
              <w:rPr>
                <w:rFonts w:ascii="Letter-join Plus 40" w:hAnsi="Letter-join Plus 40"/>
              </w:rPr>
            </w:pPr>
            <w:r w:rsidRPr="003C5765">
              <w:rPr>
                <w:rFonts w:ascii="Letter-join Plus 40" w:hAnsi="Letter-join Plus 40"/>
              </w:rPr>
              <w:t xml:space="preserve">Children celebrate diversity, challenge stereotypes respectfully and </w:t>
            </w:r>
            <w:r w:rsidRPr="003C5765">
              <w:rPr>
                <w:rFonts w:ascii="Letter-join Plus 40" w:hAnsi="Letter-join Plus 40"/>
              </w:rPr>
              <w:lastRenderedPageBreak/>
              <w:t>value everyone's uniqueness.</w:t>
            </w:r>
          </w:p>
        </w:tc>
      </w:tr>
    </w:tbl>
    <w:p w14:paraId="20E199E9" w14:textId="77777777" w:rsidR="00DF5958" w:rsidRPr="006D6F86" w:rsidRDefault="00000000">
      <w:pPr>
        <w:pStyle w:val="Heading1"/>
        <w:rPr>
          <w:rFonts w:ascii="Letter-join Plus 40" w:hAnsi="Letter-join Plus 40" w:cs="Calibri"/>
          <w:b w:val="0"/>
          <w:bCs w:val="0"/>
        </w:rPr>
      </w:pPr>
      <w:r w:rsidRPr="006D6F86">
        <w:rPr>
          <w:rFonts w:ascii="Letter-join Plus 40" w:hAnsi="Letter-join Plus 40" w:cs="Calibri"/>
          <w:b w:val="0"/>
          <w:bCs w:val="0"/>
        </w:rPr>
        <w:lastRenderedPageBreak/>
        <w:t>Democracy</w:t>
      </w:r>
    </w:p>
    <w:p w14:paraId="09DA384B" w14:textId="77777777" w:rsidR="00DF5958" w:rsidRPr="006D6F86" w:rsidRDefault="00000000">
      <w:pPr>
        <w:rPr>
          <w:rFonts w:ascii="Letter-join Plus 40" w:hAnsi="Letter-join Plus 40" w:cs="Calibri"/>
        </w:rPr>
      </w:pPr>
      <w:r w:rsidRPr="006D6F86">
        <w:rPr>
          <w:rFonts w:ascii="Letter-join Plus 40" w:hAnsi="Letter-join Plus 40" w:cs="Calibri"/>
        </w:rPr>
        <w:t>Children learn that every voice matters and that respectful participation can bring about positive change.</w:t>
      </w:r>
    </w:p>
    <w:p w14:paraId="13AE5503" w14:textId="77777777" w:rsidR="00DF5958" w:rsidRPr="006D6F86" w:rsidRDefault="00000000">
      <w:pPr>
        <w:pStyle w:val="Heading2"/>
        <w:rPr>
          <w:rFonts w:ascii="Letter-join Plus 40" w:hAnsi="Letter-join Plus 40" w:cs="Calibri"/>
          <w:b w:val="0"/>
          <w:bCs w:val="0"/>
        </w:rPr>
      </w:pPr>
      <w:r w:rsidRPr="006D6F86">
        <w:rPr>
          <w:rFonts w:ascii="Letter-join Plus 40" w:hAnsi="Letter-join Plus 40" w:cs="Calibri"/>
          <w:b w:val="0"/>
          <w:bCs w:val="0"/>
        </w:rPr>
        <w:t>Knowledge Progression</w:t>
      </w:r>
    </w:p>
    <w:tbl>
      <w:tblPr>
        <w:tblStyle w:val="TableGridLight"/>
        <w:tblW w:w="0" w:type="auto"/>
        <w:tblLook w:val="04A0" w:firstRow="1" w:lastRow="0" w:firstColumn="1" w:lastColumn="0" w:noHBand="0" w:noVBand="1"/>
      </w:tblPr>
      <w:tblGrid>
        <w:gridCol w:w="1315"/>
        <w:gridCol w:w="9195"/>
        <w:gridCol w:w="2843"/>
      </w:tblGrid>
      <w:tr w:rsidR="00D65536" w14:paraId="032CF244" w14:textId="77777777" w:rsidTr="00D65536">
        <w:tc>
          <w:tcPr>
            <w:tcW w:w="0" w:type="auto"/>
            <w:hideMark/>
          </w:tcPr>
          <w:p w14:paraId="131D6296" w14:textId="77777777" w:rsidR="00D65536" w:rsidRPr="00D65536" w:rsidRDefault="00D65536">
            <w:pPr>
              <w:jc w:val="center"/>
              <w:rPr>
                <w:rFonts w:ascii="Letter-join Plus 40" w:hAnsi="Letter-join Plus 40"/>
                <w:b/>
                <w:bCs/>
              </w:rPr>
            </w:pPr>
            <w:r w:rsidRPr="00D65536">
              <w:rPr>
                <w:rFonts w:ascii="Letter-join Plus 40" w:hAnsi="Letter-join Plus 40"/>
                <w:b/>
                <w:bCs/>
              </w:rPr>
              <w:t>Year Group</w:t>
            </w:r>
          </w:p>
        </w:tc>
        <w:tc>
          <w:tcPr>
            <w:tcW w:w="0" w:type="auto"/>
            <w:hideMark/>
          </w:tcPr>
          <w:p w14:paraId="695BBE9A" w14:textId="77777777" w:rsidR="00D65536" w:rsidRPr="00D65536" w:rsidRDefault="00D65536">
            <w:pPr>
              <w:jc w:val="center"/>
              <w:rPr>
                <w:rFonts w:ascii="Letter-join Plus 40" w:hAnsi="Letter-join Plus 40"/>
                <w:b/>
                <w:bCs/>
              </w:rPr>
            </w:pPr>
            <w:r w:rsidRPr="00D65536">
              <w:rPr>
                <w:rFonts w:ascii="Letter-join Plus 40" w:hAnsi="Letter-join Plus 40"/>
                <w:b/>
                <w:bCs/>
              </w:rPr>
              <w:t>Knowledge &amp; Understanding</w:t>
            </w:r>
          </w:p>
        </w:tc>
        <w:tc>
          <w:tcPr>
            <w:tcW w:w="0" w:type="auto"/>
            <w:hideMark/>
          </w:tcPr>
          <w:p w14:paraId="7FABF6EE" w14:textId="77777777" w:rsidR="00D65536" w:rsidRPr="00D65536" w:rsidRDefault="00D65536">
            <w:pPr>
              <w:jc w:val="center"/>
              <w:rPr>
                <w:rFonts w:ascii="Letter-join Plus 40" w:hAnsi="Letter-join Plus 40"/>
                <w:b/>
                <w:bCs/>
              </w:rPr>
            </w:pPr>
            <w:r w:rsidRPr="00D65536">
              <w:rPr>
                <w:rFonts w:ascii="Letter-join Plus 40" w:hAnsi="Letter-join Plus 40"/>
                <w:b/>
                <w:bCs/>
              </w:rPr>
              <w:t>Key Vocabulary</w:t>
            </w:r>
          </w:p>
        </w:tc>
      </w:tr>
      <w:tr w:rsidR="00D65536" w14:paraId="7668D495" w14:textId="77777777" w:rsidTr="00D65536">
        <w:tc>
          <w:tcPr>
            <w:tcW w:w="0" w:type="auto"/>
            <w:hideMark/>
          </w:tcPr>
          <w:p w14:paraId="6E56BA18" w14:textId="77777777" w:rsidR="00D65536" w:rsidRPr="00D65536" w:rsidRDefault="00D65536">
            <w:pPr>
              <w:rPr>
                <w:rFonts w:ascii="Letter-join Plus 40" w:hAnsi="Letter-join Plus 40"/>
              </w:rPr>
            </w:pPr>
            <w:r w:rsidRPr="00D65536">
              <w:rPr>
                <w:rStyle w:val="Strong"/>
                <w:rFonts w:ascii="Letter-join Plus 40" w:hAnsi="Letter-join Plus 40"/>
              </w:rPr>
              <w:t>EYFS</w:t>
            </w:r>
          </w:p>
        </w:tc>
        <w:tc>
          <w:tcPr>
            <w:tcW w:w="0" w:type="auto"/>
            <w:hideMark/>
          </w:tcPr>
          <w:p w14:paraId="4E54F02D" w14:textId="77777777" w:rsidR="00D65536" w:rsidRDefault="00D65536">
            <w:pPr>
              <w:rPr>
                <w:rFonts w:ascii="Letter-join Plus 40" w:hAnsi="Letter-join Plus 40"/>
              </w:rPr>
            </w:pPr>
            <w:r w:rsidRPr="00D65536">
              <w:rPr>
                <w:rFonts w:ascii="Letter-join Plus 40" w:hAnsi="Letter-join Plus 40"/>
              </w:rPr>
              <w:t>• I know everyone has a voice and that my ideas are important.</w:t>
            </w:r>
          </w:p>
          <w:p w14:paraId="22040FB2" w14:textId="77777777" w:rsidR="00D65536" w:rsidRDefault="00D65536">
            <w:pPr>
              <w:rPr>
                <w:rFonts w:ascii="Letter-join Plus 40" w:hAnsi="Letter-join Plus 40"/>
              </w:rPr>
            </w:pPr>
            <w:r w:rsidRPr="00D65536">
              <w:rPr>
                <w:rFonts w:ascii="Letter-join Plus 40" w:hAnsi="Letter-join Plus 40"/>
              </w:rPr>
              <w:t>• I know we can take turns to make simple choices together.</w:t>
            </w:r>
          </w:p>
          <w:p w14:paraId="102E2F0C" w14:textId="2B8ED813" w:rsidR="00D65536" w:rsidRPr="00D65536" w:rsidRDefault="00D65536">
            <w:pPr>
              <w:rPr>
                <w:rFonts w:ascii="Letter-join Plus 40" w:hAnsi="Letter-join Plus 40"/>
              </w:rPr>
            </w:pPr>
            <w:r w:rsidRPr="00D65536">
              <w:rPr>
                <w:rFonts w:ascii="Letter-join Plus 40" w:hAnsi="Letter-join Plus 40"/>
              </w:rPr>
              <w:t>• I know listening to others is important.</w:t>
            </w:r>
          </w:p>
        </w:tc>
        <w:tc>
          <w:tcPr>
            <w:tcW w:w="0" w:type="auto"/>
            <w:hideMark/>
          </w:tcPr>
          <w:p w14:paraId="56CFA138" w14:textId="14720BD3" w:rsidR="00D65536" w:rsidRPr="00D65536" w:rsidRDefault="00D65536" w:rsidP="00D65536">
            <w:pPr>
              <w:jc w:val="center"/>
              <w:rPr>
                <w:rFonts w:ascii="Letter-join Plus 40" w:hAnsi="Letter-join Plus 40"/>
              </w:rPr>
            </w:pPr>
            <w:r>
              <w:rPr>
                <w:rStyle w:val="Strong"/>
                <w:rFonts w:ascii="Letter-join Plus 40" w:hAnsi="Letter-join Plus 40"/>
              </w:rPr>
              <w:t>c</w:t>
            </w:r>
            <w:r w:rsidRPr="00D65536">
              <w:rPr>
                <w:rStyle w:val="Strong"/>
                <w:rFonts w:ascii="Letter-join Plus 40" w:hAnsi="Letter-join Plus 40"/>
              </w:rPr>
              <w:t>hoice</w:t>
            </w:r>
            <w:r>
              <w:rPr>
                <w:rStyle w:val="Strong"/>
                <w:rFonts w:ascii="Letter-join Plus 40" w:hAnsi="Letter-join Plus 40"/>
              </w:rPr>
              <w:t>, v</w:t>
            </w:r>
            <w:r w:rsidRPr="00D65536">
              <w:rPr>
                <w:rStyle w:val="Strong"/>
                <w:rFonts w:ascii="Letter-join Plus 40" w:hAnsi="Letter-join Plus 40"/>
              </w:rPr>
              <w:t>oice</w:t>
            </w:r>
          </w:p>
        </w:tc>
      </w:tr>
      <w:tr w:rsidR="00D65536" w14:paraId="09C8A50E" w14:textId="77777777" w:rsidTr="00D65536">
        <w:tc>
          <w:tcPr>
            <w:tcW w:w="0" w:type="auto"/>
            <w:hideMark/>
          </w:tcPr>
          <w:p w14:paraId="2EB03FE8" w14:textId="77777777" w:rsidR="00D65536" w:rsidRPr="00D65536" w:rsidRDefault="00D65536">
            <w:pPr>
              <w:rPr>
                <w:rFonts w:ascii="Letter-join Plus 40" w:hAnsi="Letter-join Plus 40"/>
              </w:rPr>
            </w:pPr>
            <w:r w:rsidRPr="00D65536">
              <w:rPr>
                <w:rStyle w:val="Strong"/>
                <w:rFonts w:ascii="Letter-join Plus 40" w:hAnsi="Letter-join Plus 40"/>
              </w:rPr>
              <w:t>Year 1</w:t>
            </w:r>
          </w:p>
        </w:tc>
        <w:tc>
          <w:tcPr>
            <w:tcW w:w="0" w:type="auto"/>
            <w:hideMark/>
          </w:tcPr>
          <w:p w14:paraId="6293675F" w14:textId="77777777" w:rsidR="00D65536" w:rsidRDefault="00D65536">
            <w:pPr>
              <w:rPr>
                <w:rFonts w:ascii="Letter-join Plus 40" w:hAnsi="Letter-join Plus 40"/>
              </w:rPr>
            </w:pPr>
            <w:r w:rsidRPr="00D65536">
              <w:rPr>
                <w:rFonts w:ascii="Letter-join Plus 40" w:hAnsi="Letter-join Plus 40"/>
              </w:rPr>
              <w:t>• I know everyone has the right to share their opinion.</w:t>
            </w:r>
          </w:p>
          <w:p w14:paraId="0CDC4CC7" w14:textId="77777777" w:rsidR="00D65536" w:rsidRDefault="00D65536">
            <w:pPr>
              <w:rPr>
                <w:rFonts w:ascii="Letter-join Plus 40" w:hAnsi="Letter-join Plus 40"/>
              </w:rPr>
            </w:pPr>
            <w:r w:rsidRPr="00D65536">
              <w:rPr>
                <w:rFonts w:ascii="Letter-join Plus 40" w:hAnsi="Letter-join Plus 40"/>
              </w:rPr>
              <w:t>• I know we sometimes vote to make a fair decision.</w:t>
            </w:r>
          </w:p>
          <w:p w14:paraId="3A9070C9" w14:textId="4BF18DDE" w:rsidR="00D65536" w:rsidRPr="00D65536" w:rsidRDefault="00D65536">
            <w:pPr>
              <w:rPr>
                <w:rFonts w:ascii="Letter-join Plus 40" w:hAnsi="Letter-join Plus 40"/>
              </w:rPr>
            </w:pPr>
            <w:r w:rsidRPr="00D65536">
              <w:rPr>
                <w:rFonts w:ascii="Letter-join Plus 40" w:hAnsi="Letter-join Plus 40"/>
              </w:rPr>
              <w:t>• I understand that people may think differently to me.</w:t>
            </w:r>
          </w:p>
        </w:tc>
        <w:tc>
          <w:tcPr>
            <w:tcW w:w="0" w:type="auto"/>
            <w:hideMark/>
          </w:tcPr>
          <w:p w14:paraId="5243B020" w14:textId="6B9657CF" w:rsidR="00D65536" w:rsidRPr="00D65536" w:rsidRDefault="00D65536" w:rsidP="00D65536">
            <w:pPr>
              <w:jc w:val="center"/>
              <w:rPr>
                <w:rFonts w:ascii="Letter-join Plus 40" w:hAnsi="Letter-join Plus 40"/>
              </w:rPr>
            </w:pPr>
            <w:r>
              <w:rPr>
                <w:rStyle w:val="Strong"/>
                <w:rFonts w:ascii="Letter-join Plus 40" w:hAnsi="Letter-join Plus 40"/>
              </w:rPr>
              <w:t>o</w:t>
            </w:r>
            <w:r w:rsidRPr="00D65536">
              <w:rPr>
                <w:rStyle w:val="Strong"/>
                <w:rFonts w:ascii="Letter-join Plus 40" w:hAnsi="Letter-join Plus 40"/>
              </w:rPr>
              <w:t>pinion</w:t>
            </w:r>
            <w:r>
              <w:rPr>
                <w:rStyle w:val="Strong"/>
                <w:rFonts w:ascii="Letter-join Plus 40" w:hAnsi="Letter-join Plus 40"/>
              </w:rPr>
              <w:t xml:space="preserve">, </w:t>
            </w:r>
            <w:r w:rsidRPr="00D65536">
              <w:rPr>
                <w:rStyle w:val="Strong"/>
                <w:rFonts w:ascii="Letter-join Plus 40" w:hAnsi="Letter-join Plus 40"/>
              </w:rPr>
              <w:t>vote</w:t>
            </w:r>
          </w:p>
        </w:tc>
      </w:tr>
      <w:tr w:rsidR="00D65536" w14:paraId="464B1279" w14:textId="77777777" w:rsidTr="00D65536">
        <w:tc>
          <w:tcPr>
            <w:tcW w:w="0" w:type="auto"/>
            <w:hideMark/>
          </w:tcPr>
          <w:p w14:paraId="7170AD00" w14:textId="77777777" w:rsidR="00D65536" w:rsidRPr="00D65536" w:rsidRDefault="00D65536">
            <w:pPr>
              <w:rPr>
                <w:rFonts w:ascii="Letter-join Plus 40" w:hAnsi="Letter-join Plus 40"/>
              </w:rPr>
            </w:pPr>
            <w:r w:rsidRPr="00D65536">
              <w:rPr>
                <w:rStyle w:val="Strong"/>
                <w:rFonts w:ascii="Letter-join Plus 40" w:hAnsi="Letter-join Plus 40"/>
              </w:rPr>
              <w:t>Year 2</w:t>
            </w:r>
          </w:p>
        </w:tc>
        <w:tc>
          <w:tcPr>
            <w:tcW w:w="0" w:type="auto"/>
            <w:hideMark/>
          </w:tcPr>
          <w:p w14:paraId="395A60A7" w14:textId="77777777" w:rsidR="00D65536" w:rsidRDefault="00D65536">
            <w:pPr>
              <w:rPr>
                <w:rFonts w:ascii="Letter-join Plus 40" w:hAnsi="Letter-join Plus 40"/>
              </w:rPr>
            </w:pPr>
            <w:r w:rsidRPr="00D65536">
              <w:rPr>
                <w:rFonts w:ascii="Letter-join Plus 40" w:hAnsi="Letter-join Plus 40"/>
              </w:rPr>
              <w:t>• I know democracy means everyone has a chance to be heard.</w:t>
            </w:r>
          </w:p>
          <w:p w14:paraId="79B2B8FB" w14:textId="77777777" w:rsidR="00D65536" w:rsidRDefault="00D65536">
            <w:pPr>
              <w:rPr>
                <w:rFonts w:ascii="Letter-join Plus 40" w:hAnsi="Letter-join Plus 40"/>
              </w:rPr>
            </w:pPr>
            <w:r w:rsidRPr="00D65536">
              <w:rPr>
                <w:rFonts w:ascii="Letter-join Plus 40" w:hAnsi="Letter-join Plus 40"/>
              </w:rPr>
              <w:t>• I understand why voting is a fair way to make decisions.</w:t>
            </w:r>
          </w:p>
          <w:p w14:paraId="0AA9CB92" w14:textId="5B3ACC0B" w:rsidR="00D65536" w:rsidRPr="00D65536" w:rsidRDefault="00D65536">
            <w:pPr>
              <w:rPr>
                <w:rFonts w:ascii="Letter-join Plus 40" w:hAnsi="Letter-join Plus 40"/>
              </w:rPr>
            </w:pPr>
            <w:r w:rsidRPr="00D65536">
              <w:rPr>
                <w:rFonts w:ascii="Letter-join Plus 40" w:hAnsi="Letter-join Plus 40"/>
              </w:rPr>
              <w:t>• I know good teamwork involves listening to different viewpoints.</w:t>
            </w:r>
          </w:p>
        </w:tc>
        <w:tc>
          <w:tcPr>
            <w:tcW w:w="0" w:type="auto"/>
            <w:hideMark/>
          </w:tcPr>
          <w:p w14:paraId="2EF3492D" w14:textId="7BE60607" w:rsidR="00D65536" w:rsidRPr="00D65536" w:rsidRDefault="00D65536" w:rsidP="00D65536">
            <w:pPr>
              <w:jc w:val="center"/>
              <w:rPr>
                <w:rFonts w:ascii="Letter-join Plus 40" w:hAnsi="Letter-join Plus 40"/>
              </w:rPr>
            </w:pPr>
            <w:r>
              <w:rPr>
                <w:rStyle w:val="Strong"/>
                <w:rFonts w:ascii="Letter-join Plus 40" w:hAnsi="Letter-join Plus 40"/>
              </w:rPr>
              <w:t>d</w:t>
            </w:r>
            <w:r w:rsidRPr="00D65536">
              <w:rPr>
                <w:rStyle w:val="Strong"/>
                <w:rFonts w:ascii="Letter-join Plus 40" w:hAnsi="Letter-join Plus 40"/>
              </w:rPr>
              <w:t>emocracy</w:t>
            </w:r>
            <w:r>
              <w:rPr>
                <w:rStyle w:val="Strong"/>
                <w:rFonts w:ascii="Letter-join Plus 40" w:hAnsi="Letter-join Plus 40"/>
              </w:rPr>
              <w:t xml:space="preserve"> </w:t>
            </w:r>
            <w:r w:rsidRPr="00D65536">
              <w:rPr>
                <w:rStyle w:val="Strong"/>
                <w:rFonts w:ascii="Letter-join Plus 40" w:hAnsi="Letter-join Plus 40"/>
              </w:rPr>
              <w:t>fairness</w:t>
            </w:r>
          </w:p>
        </w:tc>
      </w:tr>
      <w:tr w:rsidR="00D65536" w14:paraId="468D251E" w14:textId="77777777" w:rsidTr="00D65536">
        <w:tc>
          <w:tcPr>
            <w:tcW w:w="0" w:type="auto"/>
            <w:hideMark/>
          </w:tcPr>
          <w:p w14:paraId="49107E9A" w14:textId="77777777" w:rsidR="00D65536" w:rsidRPr="00D65536" w:rsidRDefault="00D65536">
            <w:pPr>
              <w:rPr>
                <w:rFonts w:ascii="Letter-join Plus 40" w:hAnsi="Letter-join Plus 40"/>
              </w:rPr>
            </w:pPr>
            <w:r w:rsidRPr="00D65536">
              <w:rPr>
                <w:rStyle w:val="Strong"/>
                <w:rFonts w:ascii="Letter-join Plus 40" w:hAnsi="Letter-join Plus 40"/>
              </w:rPr>
              <w:t>Year 3</w:t>
            </w:r>
          </w:p>
        </w:tc>
        <w:tc>
          <w:tcPr>
            <w:tcW w:w="0" w:type="auto"/>
            <w:hideMark/>
          </w:tcPr>
          <w:p w14:paraId="15E147EB" w14:textId="77777777" w:rsidR="00D65536" w:rsidRDefault="00D65536">
            <w:pPr>
              <w:rPr>
                <w:rFonts w:ascii="Letter-join Plus 40" w:hAnsi="Letter-join Plus 40"/>
              </w:rPr>
            </w:pPr>
            <w:r w:rsidRPr="00D65536">
              <w:rPr>
                <w:rFonts w:ascii="Letter-join Plus 40" w:hAnsi="Letter-join Plus 40"/>
              </w:rPr>
              <w:t>• I understand that democracy helps groups make decisions fairly.</w:t>
            </w:r>
          </w:p>
          <w:p w14:paraId="14154F8C" w14:textId="77777777" w:rsidR="00D65536" w:rsidRDefault="00D65536">
            <w:pPr>
              <w:rPr>
                <w:rFonts w:ascii="Letter-join Plus 40" w:hAnsi="Letter-join Plus 40"/>
              </w:rPr>
            </w:pPr>
            <w:r w:rsidRPr="00D65536">
              <w:rPr>
                <w:rFonts w:ascii="Letter-join Plus 40" w:hAnsi="Letter-join Plus 40"/>
              </w:rPr>
              <w:t>• I know leaders are chosen to represent others</w:t>
            </w:r>
          </w:p>
          <w:p w14:paraId="18D5C133" w14:textId="7E90CCFF" w:rsidR="00D65536" w:rsidRPr="00D65536" w:rsidRDefault="00D65536">
            <w:pPr>
              <w:rPr>
                <w:rFonts w:ascii="Letter-join Plus 40" w:hAnsi="Letter-join Plus 40"/>
              </w:rPr>
            </w:pPr>
            <w:r w:rsidRPr="00D65536">
              <w:rPr>
                <w:rFonts w:ascii="Letter-join Plus 40" w:hAnsi="Letter-join Plus 40"/>
              </w:rPr>
              <w:t>.• I understand that respectful discussion helps us make informed decisions.</w:t>
            </w:r>
          </w:p>
        </w:tc>
        <w:tc>
          <w:tcPr>
            <w:tcW w:w="0" w:type="auto"/>
            <w:hideMark/>
          </w:tcPr>
          <w:p w14:paraId="5B61808A" w14:textId="03F4470A" w:rsidR="00D65536" w:rsidRPr="00D65536" w:rsidRDefault="00D65536" w:rsidP="00D65536">
            <w:pPr>
              <w:jc w:val="center"/>
              <w:rPr>
                <w:rFonts w:ascii="Letter-join Plus 40" w:hAnsi="Letter-join Plus 40"/>
              </w:rPr>
            </w:pPr>
            <w:r>
              <w:rPr>
                <w:rStyle w:val="Strong"/>
                <w:rFonts w:ascii="Letter-join Plus 40" w:hAnsi="Letter-join Plus 40"/>
              </w:rPr>
              <w:t>represent l</w:t>
            </w:r>
            <w:r w:rsidRPr="00D65536">
              <w:rPr>
                <w:rStyle w:val="Strong"/>
                <w:rFonts w:ascii="Letter-join Plus 40" w:hAnsi="Letter-join Plus 40"/>
              </w:rPr>
              <w:t>eader</w:t>
            </w:r>
          </w:p>
        </w:tc>
      </w:tr>
      <w:tr w:rsidR="00D65536" w14:paraId="5DB44285" w14:textId="77777777" w:rsidTr="00D65536">
        <w:tc>
          <w:tcPr>
            <w:tcW w:w="0" w:type="auto"/>
            <w:hideMark/>
          </w:tcPr>
          <w:p w14:paraId="2FD5DAD3" w14:textId="77777777" w:rsidR="00D65536" w:rsidRPr="00D65536" w:rsidRDefault="00D65536">
            <w:pPr>
              <w:rPr>
                <w:rFonts w:ascii="Letter-join Plus 40" w:hAnsi="Letter-join Plus 40"/>
              </w:rPr>
            </w:pPr>
            <w:r w:rsidRPr="00D65536">
              <w:rPr>
                <w:rStyle w:val="Strong"/>
                <w:rFonts w:ascii="Letter-join Plus 40" w:hAnsi="Letter-join Plus 40"/>
              </w:rPr>
              <w:t>Year 4</w:t>
            </w:r>
          </w:p>
        </w:tc>
        <w:tc>
          <w:tcPr>
            <w:tcW w:w="0" w:type="auto"/>
            <w:hideMark/>
          </w:tcPr>
          <w:p w14:paraId="660CFF5D" w14:textId="77777777" w:rsidR="00D65536" w:rsidRDefault="00D65536">
            <w:pPr>
              <w:rPr>
                <w:rFonts w:ascii="Letter-join Plus 40" w:hAnsi="Letter-join Plus 40"/>
              </w:rPr>
            </w:pPr>
            <w:r w:rsidRPr="00D65536">
              <w:rPr>
                <w:rFonts w:ascii="Letter-join Plus 40" w:hAnsi="Letter-join Plus 40"/>
              </w:rPr>
              <w:t>• I understand that democratic systems exist in school and wider society.</w:t>
            </w:r>
          </w:p>
          <w:p w14:paraId="6818BD31" w14:textId="77777777" w:rsidR="00D65536" w:rsidRDefault="00D65536">
            <w:pPr>
              <w:rPr>
                <w:rFonts w:ascii="Letter-join Plus 40" w:hAnsi="Letter-join Plus 40"/>
              </w:rPr>
            </w:pPr>
            <w:r w:rsidRPr="00D65536">
              <w:rPr>
                <w:rFonts w:ascii="Letter-join Plus 40" w:hAnsi="Letter-join Plus 40"/>
              </w:rPr>
              <w:t>• I know people can influence change by sharing their views respectfully</w:t>
            </w:r>
          </w:p>
          <w:p w14:paraId="3A388BD9" w14:textId="1BAD72C5" w:rsidR="00D65536" w:rsidRPr="00D65536" w:rsidRDefault="00D65536">
            <w:pPr>
              <w:rPr>
                <w:rFonts w:ascii="Letter-join Plus 40" w:hAnsi="Letter-join Plus 40"/>
              </w:rPr>
            </w:pPr>
            <w:r w:rsidRPr="00D65536">
              <w:rPr>
                <w:rFonts w:ascii="Letter-join Plus 40" w:hAnsi="Letter-join Plus 40"/>
              </w:rPr>
              <w:t>.• I understand the importance of participation and responsibility.</w:t>
            </w:r>
          </w:p>
        </w:tc>
        <w:tc>
          <w:tcPr>
            <w:tcW w:w="0" w:type="auto"/>
            <w:hideMark/>
          </w:tcPr>
          <w:p w14:paraId="2659CA57" w14:textId="76EF8A71" w:rsidR="00D65536" w:rsidRPr="00D65536" w:rsidRDefault="00D65536" w:rsidP="00D65536">
            <w:pPr>
              <w:jc w:val="center"/>
              <w:rPr>
                <w:rFonts w:ascii="Letter-join Plus 40" w:hAnsi="Letter-join Plus 40"/>
              </w:rPr>
            </w:pPr>
            <w:r>
              <w:rPr>
                <w:rStyle w:val="Strong"/>
                <w:rFonts w:ascii="Letter-join Plus 40" w:hAnsi="Letter-join Plus 40"/>
              </w:rPr>
              <w:t>r</w:t>
            </w:r>
            <w:r w:rsidRPr="00D65536">
              <w:rPr>
                <w:rStyle w:val="Strong"/>
                <w:rFonts w:ascii="Letter-join Plus 40" w:hAnsi="Letter-join Plus 40"/>
              </w:rPr>
              <w:t>epresentation</w:t>
            </w:r>
            <w:r>
              <w:rPr>
                <w:rStyle w:val="Strong"/>
                <w:rFonts w:ascii="Letter-join Plus 40" w:hAnsi="Letter-join Plus 40"/>
              </w:rPr>
              <w:t xml:space="preserve">, </w:t>
            </w:r>
            <w:r w:rsidRPr="00D65536">
              <w:rPr>
                <w:rStyle w:val="Strong"/>
                <w:rFonts w:ascii="Letter-join Plus 40" w:hAnsi="Letter-join Plus 40"/>
              </w:rPr>
              <w:t>participation</w:t>
            </w:r>
          </w:p>
        </w:tc>
      </w:tr>
      <w:tr w:rsidR="00D65536" w14:paraId="3D310F61" w14:textId="77777777" w:rsidTr="00D65536">
        <w:tc>
          <w:tcPr>
            <w:tcW w:w="0" w:type="auto"/>
            <w:hideMark/>
          </w:tcPr>
          <w:p w14:paraId="6768DD21" w14:textId="77777777" w:rsidR="00D65536" w:rsidRPr="00D65536" w:rsidRDefault="00D65536">
            <w:pPr>
              <w:rPr>
                <w:rFonts w:ascii="Letter-join Plus 40" w:hAnsi="Letter-join Plus 40"/>
              </w:rPr>
            </w:pPr>
            <w:r w:rsidRPr="00D65536">
              <w:rPr>
                <w:rStyle w:val="Strong"/>
                <w:rFonts w:ascii="Letter-join Plus 40" w:hAnsi="Letter-join Plus 40"/>
              </w:rPr>
              <w:t>Year 5</w:t>
            </w:r>
          </w:p>
        </w:tc>
        <w:tc>
          <w:tcPr>
            <w:tcW w:w="0" w:type="auto"/>
            <w:hideMark/>
          </w:tcPr>
          <w:p w14:paraId="106EBBFB" w14:textId="77777777" w:rsidR="00D65536" w:rsidRDefault="00D65536">
            <w:pPr>
              <w:rPr>
                <w:rFonts w:ascii="Letter-join Plus 40" w:hAnsi="Letter-join Plus 40"/>
              </w:rPr>
            </w:pPr>
            <w:r w:rsidRPr="00D65536">
              <w:rPr>
                <w:rFonts w:ascii="Letter-join Plus 40" w:hAnsi="Letter-join Plus 40"/>
              </w:rPr>
              <w:t>• I understand that democracy gives everyone the opportunity to contribute to decision-making.</w:t>
            </w:r>
          </w:p>
          <w:p w14:paraId="22F3698C" w14:textId="77777777" w:rsidR="00D65536" w:rsidRDefault="00D65536">
            <w:pPr>
              <w:rPr>
                <w:rFonts w:ascii="Letter-join Plus 40" w:hAnsi="Letter-join Plus 40"/>
              </w:rPr>
            </w:pPr>
            <w:r w:rsidRPr="00D65536">
              <w:rPr>
                <w:rFonts w:ascii="Letter-join Plus 40" w:hAnsi="Letter-join Plus 40"/>
              </w:rPr>
              <w:t>• I know debate helps people consider different viewpoints.</w:t>
            </w:r>
          </w:p>
          <w:p w14:paraId="3CF81BA5" w14:textId="032E5159" w:rsidR="00D65536" w:rsidRPr="00D65536" w:rsidRDefault="00D65536">
            <w:pPr>
              <w:rPr>
                <w:rFonts w:ascii="Letter-join Plus 40" w:hAnsi="Letter-join Plus 40"/>
              </w:rPr>
            </w:pPr>
            <w:r w:rsidRPr="00D65536">
              <w:rPr>
                <w:rFonts w:ascii="Letter-join Plus 40" w:hAnsi="Letter-join Plus 40"/>
              </w:rPr>
              <w:t>• I understand that people can influence change in their community.</w:t>
            </w:r>
          </w:p>
        </w:tc>
        <w:tc>
          <w:tcPr>
            <w:tcW w:w="0" w:type="auto"/>
            <w:hideMark/>
          </w:tcPr>
          <w:p w14:paraId="15496EEC" w14:textId="19E6075D" w:rsidR="00D65536" w:rsidRPr="00D65536" w:rsidRDefault="00D65536" w:rsidP="00D65536">
            <w:pPr>
              <w:jc w:val="center"/>
              <w:rPr>
                <w:rFonts w:ascii="Letter-join Plus 40" w:hAnsi="Letter-join Plus 40"/>
              </w:rPr>
            </w:pPr>
            <w:r>
              <w:rPr>
                <w:rStyle w:val="Strong"/>
                <w:rFonts w:ascii="Letter-join Plus 40" w:hAnsi="Letter-join Plus 40"/>
              </w:rPr>
              <w:t>d</w:t>
            </w:r>
            <w:r w:rsidRPr="00D65536">
              <w:rPr>
                <w:rStyle w:val="Strong"/>
                <w:rFonts w:ascii="Letter-join Plus 40" w:hAnsi="Letter-join Plus 40"/>
              </w:rPr>
              <w:t>ebate</w:t>
            </w:r>
            <w:r>
              <w:rPr>
                <w:rStyle w:val="Strong"/>
                <w:rFonts w:ascii="Letter-join Plus 40" w:hAnsi="Letter-join Plus 40"/>
              </w:rPr>
              <w:t xml:space="preserve">, </w:t>
            </w:r>
            <w:r w:rsidRPr="00D65536">
              <w:rPr>
                <w:rStyle w:val="Strong"/>
                <w:rFonts w:ascii="Letter-join Plus 40" w:hAnsi="Letter-join Plus 40"/>
              </w:rPr>
              <w:t>campaign</w:t>
            </w:r>
          </w:p>
        </w:tc>
      </w:tr>
      <w:tr w:rsidR="00D65536" w14:paraId="337D9F15" w14:textId="77777777" w:rsidTr="00D65536">
        <w:tc>
          <w:tcPr>
            <w:tcW w:w="0" w:type="auto"/>
            <w:hideMark/>
          </w:tcPr>
          <w:p w14:paraId="1E27C632" w14:textId="77777777" w:rsidR="00D65536" w:rsidRPr="00D65536" w:rsidRDefault="00D65536">
            <w:pPr>
              <w:rPr>
                <w:rFonts w:ascii="Letter-join Plus 40" w:hAnsi="Letter-join Plus 40"/>
              </w:rPr>
            </w:pPr>
            <w:r w:rsidRPr="00D65536">
              <w:rPr>
                <w:rStyle w:val="Strong"/>
                <w:rFonts w:ascii="Letter-join Plus 40" w:hAnsi="Letter-join Plus 40"/>
              </w:rPr>
              <w:t>Year 6</w:t>
            </w:r>
          </w:p>
        </w:tc>
        <w:tc>
          <w:tcPr>
            <w:tcW w:w="0" w:type="auto"/>
            <w:hideMark/>
          </w:tcPr>
          <w:p w14:paraId="767588C1" w14:textId="77777777" w:rsidR="00D65536" w:rsidRDefault="00D65536">
            <w:pPr>
              <w:rPr>
                <w:rFonts w:ascii="Letter-join Plus 40" w:hAnsi="Letter-join Plus 40"/>
              </w:rPr>
            </w:pPr>
            <w:r w:rsidRPr="00D65536">
              <w:rPr>
                <w:rFonts w:ascii="Letter-join Plus 40" w:hAnsi="Letter-join Plus 40"/>
              </w:rPr>
              <w:t>• I understand how democracy supports fairness, equality and individual rights.</w:t>
            </w:r>
          </w:p>
          <w:p w14:paraId="70848AC2" w14:textId="77777777" w:rsidR="00D65536" w:rsidRDefault="00D65536">
            <w:pPr>
              <w:rPr>
                <w:rFonts w:ascii="Letter-join Plus 40" w:hAnsi="Letter-join Plus 40"/>
              </w:rPr>
            </w:pPr>
            <w:r w:rsidRPr="00D65536">
              <w:rPr>
                <w:rFonts w:ascii="Letter-join Plus 40" w:hAnsi="Letter-join Plus 40"/>
              </w:rPr>
              <w:t>• I know citizens have both rights and responsibilities within a democracy.</w:t>
            </w:r>
          </w:p>
          <w:p w14:paraId="76EB2A5A" w14:textId="160C4A21" w:rsidR="00D65536" w:rsidRPr="00D65536" w:rsidRDefault="00D65536">
            <w:pPr>
              <w:rPr>
                <w:rFonts w:ascii="Letter-join Plus 40" w:hAnsi="Letter-join Plus 40"/>
              </w:rPr>
            </w:pPr>
            <w:r w:rsidRPr="00D65536">
              <w:rPr>
                <w:rFonts w:ascii="Letter-join Plus 40" w:hAnsi="Letter-join Plus 40"/>
              </w:rPr>
              <w:t>• I understand how respectful participation can bring about positive change locally and nationally.</w:t>
            </w:r>
          </w:p>
        </w:tc>
        <w:tc>
          <w:tcPr>
            <w:tcW w:w="0" w:type="auto"/>
            <w:hideMark/>
          </w:tcPr>
          <w:p w14:paraId="36C4B5C2" w14:textId="14FD4AE1" w:rsidR="00D65536" w:rsidRPr="00D65536" w:rsidRDefault="00D65536" w:rsidP="00D65536">
            <w:pPr>
              <w:jc w:val="center"/>
              <w:rPr>
                <w:rFonts w:ascii="Letter-join Plus 40" w:hAnsi="Letter-join Plus 40"/>
              </w:rPr>
            </w:pPr>
            <w:r>
              <w:rPr>
                <w:rStyle w:val="Strong"/>
                <w:rFonts w:ascii="Letter-join Plus 40" w:hAnsi="Letter-join Plus 40"/>
              </w:rPr>
              <w:t>c</w:t>
            </w:r>
            <w:r w:rsidRPr="00D65536">
              <w:rPr>
                <w:rStyle w:val="Strong"/>
                <w:rFonts w:ascii="Letter-join Plus 40" w:hAnsi="Letter-join Plus 40"/>
              </w:rPr>
              <w:t>itizen</w:t>
            </w:r>
            <w:r>
              <w:rPr>
                <w:rStyle w:val="Strong"/>
                <w:rFonts w:ascii="Letter-join Plus 40" w:hAnsi="Letter-join Plus 40"/>
              </w:rPr>
              <w:t xml:space="preserve">, </w:t>
            </w:r>
            <w:r w:rsidRPr="00D65536">
              <w:rPr>
                <w:rStyle w:val="Strong"/>
                <w:rFonts w:ascii="Letter-join Plus 40" w:hAnsi="Letter-join Plus 40"/>
              </w:rPr>
              <w:t>democracy</w:t>
            </w:r>
          </w:p>
        </w:tc>
      </w:tr>
    </w:tbl>
    <w:p w14:paraId="2257D354" w14:textId="564412A4" w:rsidR="006D6F86" w:rsidRPr="006D6F86" w:rsidRDefault="00000000" w:rsidP="006D6F86">
      <w:pPr>
        <w:pStyle w:val="Heading2"/>
        <w:rPr>
          <w:rFonts w:ascii="Letter-join Plus 40" w:hAnsi="Letter-join Plus 40" w:cs="Calibri"/>
          <w:b w:val="0"/>
          <w:bCs w:val="0"/>
        </w:rPr>
      </w:pPr>
      <w:r w:rsidRPr="006D6F86">
        <w:rPr>
          <w:rFonts w:ascii="Letter-join Plus 40" w:hAnsi="Letter-join Plus 40" w:cs="Calibri"/>
          <w:b w:val="0"/>
          <w:bCs w:val="0"/>
        </w:rPr>
        <w:t>How this value is developed at Parklands</w:t>
      </w:r>
      <w:r w:rsidR="006D6F86" w:rsidRPr="006D6F86">
        <w:rPr>
          <w:rFonts w:ascii="Letter-join Plus 40" w:hAnsi="Letter-join Plus 40"/>
        </w:rPr>
        <w:t xml:space="preserve"> </w:t>
      </w:r>
    </w:p>
    <w:tbl>
      <w:tblPr>
        <w:tblStyle w:val="TableGridLight"/>
        <w:tblW w:w="0" w:type="auto"/>
        <w:tblLook w:val="04A0" w:firstRow="1" w:lastRow="0" w:firstColumn="1" w:lastColumn="0" w:noHBand="0" w:noVBand="1"/>
      </w:tblPr>
      <w:tblGrid>
        <w:gridCol w:w="4796"/>
        <w:gridCol w:w="4801"/>
        <w:gridCol w:w="4793"/>
      </w:tblGrid>
      <w:tr w:rsidR="006D6F86" w14:paraId="31F3E8CF" w14:textId="77777777" w:rsidTr="00D65536">
        <w:tc>
          <w:tcPr>
            <w:tcW w:w="4872" w:type="dxa"/>
          </w:tcPr>
          <w:p w14:paraId="6A0979C2" w14:textId="7355055F" w:rsidR="006D6F86" w:rsidRPr="006D6F86" w:rsidRDefault="006D6F86" w:rsidP="006D6F86">
            <w:pPr>
              <w:spacing w:before="100" w:beforeAutospacing="1" w:after="100" w:afterAutospacing="1"/>
              <w:jc w:val="center"/>
              <w:rPr>
                <w:rFonts w:ascii="Letter-join Plus 40" w:hAnsi="Letter-join Plus 40"/>
                <w:color w:val="4F81BD" w:themeColor="accent1"/>
              </w:rPr>
            </w:pPr>
            <w:r w:rsidRPr="006D6F86">
              <w:rPr>
                <w:rFonts w:ascii="Letter-join Plus 40" w:hAnsi="Letter-join Plus 40"/>
                <w:color w:val="4F81BD" w:themeColor="accent1"/>
              </w:rPr>
              <w:t>Pupil leadership</w:t>
            </w:r>
          </w:p>
        </w:tc>
        <w:tc>
          <w:tcPr>
            <w:tcW w:w="4872" w:type="dxa"/>
          </w:tcPr>
          <w:p w14:paraId="0890F447" w14:textId="0B211E88" w:rsidR="006D6F86" w:rsidRPr="006D6F86" w:rsidRDefault="006D6F86" w:rsidP="006D6F86">
            <w:pPr>
              <w:spacing w:before="100" w:beforeAutospacing="1" w:after="100" w:afterAutospacing="1"/>
              <w:jc w:val="center"/>
              <w:rPr>
                <w:rFonts w:ascii="Letter-join Plus 40" w:hAnsi="Letter-join Plus 40"/>
                <w:color w:val="4F81BD" w:themeColor="accent1"/>
              </w:rPr>
            </w:pPr>
            <w:r w:rsidRPr="006D6F86">
              <w:rPr>
                <w:rFonts w:ascii="Letter-join Plus 40" w:hAnsi="Letter-join Plus 40"/>
                <w:color w:val="4F81BD" w:themeColor="accent1"/>
              </w:rPr>
              <w:t>Pupil voice</w:t>
            </w:r>
          </w:p>
        </w:tc>
        <w:tc>
          <w:tcPr>
            <w:tcW w:w="4872" w:type="dxa"/>
          </w:tcPr>
          <w:p w14:paraId="3BF7F161" w14:textId="5C78AF2C" w:rsidR="006D6F86" w:rsidRPr="006D6F86" w:rsidRDefault="006D6F86" w:rsidP="006D6F86">
            <w:pPr>
              <w:spacing w:before="100" w:beforeAutospacing="1" w:after="100" w:afterAutospacing="1"/>
              <w:jc w:val="center"/>
              <w:rPr>
                <w:rFonts w:ascii="Letter-join Plus 40" w:hAnsi="Letter-join Plus 40"/>
                <w:color w:val="4F81BD" w:themeColor="accent1"/>
              </w:rPr>
            </w:pPr>
            <w:r w:rsidRPr="006D6F86">
              <w:rPr>
                <w:rFonts w:ascii="Letter-join Plus 40" w:hAnsi="Letter-join Plus 40"/>
                <w:color w:val="4F81BD" w:themeColor="accent1"/>
              </w:rPr>
              <w:t>Curriculum</w:t>
            </w:r>
          </w:p>
        </w:tc>
      </w:tr>
      <w:tr w:rsidR="006D6F86" w14:paraId="77A1C03B" w14:textId="77777777" w:rsidTr="00D65536">
        <w:tc>
          <w:tcPr>
            <w:tcW w:w="4872" w:type="dxa"/>
          </w:tcPr>
          <w:p w14:paraId="72DE5936"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School Council elections </w:t>
            </w:r>
          </w:p>
          <w:p w14:paraId="571166E6" w14:textId="77777777" w:rsidR="006D6F86" w:rsidRPr="006D6F86" w:rsidRDefault="006D6F86" w:rsidP="006D6F86">
            <w:pPr>
              <w:numPr>
                <w:ilvl w:val="0"/>
                <w:numId w:val="17"/>
              </w:numPr>
              <w:spacing w:before="100" w:beforeAutospacing="1" w:after="100" w:afterAutospacing="1"/>
              <w:rPr>
                <w:rFonts w:ascii="Letter-join Plus 40" w:hAnsi="Letter-join Plus 40"/>
              </w:rPr>
            </w:pPr>
            <w:proofErr w:type="spellStart"/>
            <w:r w:rsidRPr="006D6F86">
              <w:rPr>
                <w:rFonts w:ascii="Letter-join Plus 40" w:hAnsi="Letter-join Plus 40"/>
              </w:rPr>
              <w:t>MindMate</w:t>
            </w:r>
            <w:proofErr w:type="spellEnd"/>
            <w:r w:rsidRPr="006D6F86">
              <w:rPr>
                <w:rFonts w:ascii="Letter-join Plus 40" w:hAnsi="Letter-join Plus 40"/>
              </w:rPr>
              <w:t xml:space="preserve"> Ambassador applications </w:t>
            </w:r>
          </w:p>
          <w:p w14:paraId="51A5702D"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Reading Buddies </w:t>
            </w:r>
          </w:p>
          <w:p w14:paraId="52CD5A65"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EAL Buddies </w:t>
            </w:r>
          </w:p>
          <w:p w14:paraId="2B11ABAF"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lastRenderedPageBreak/>
              <w:t xml:space="preserve">Year Group Buddies </w:t>
            </w:r>
          </w:p>
          <w:p w14:paraId="75372D7B" w14:textId="77777777" w:rsidR="006D6F86" w:rsidRDefault="006D6F86" w:rsidP="006D6F86">
            <w:pPr>
              <w:spacing w:before="100" w:beforeAutospacing="1" w:after="100" w:afterAutospacing="1"/>
              <w:ind w:left="720"/>
              <w:rPr>
                <w:rFonts w:ascii="Letter-join Plus 40" w:hAnsi="Letter-join Plus 40"/>
              </w:rPr>
            </w:pPr>
          </w:p>
        </w:tc>
        <w:tc>
          <w:tcPr>
            <w:tcW w:w="4872" w:type="dxa"/>
          </w:tcPr>
          <w:p w14:paraId="3EEBCB7C"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lastRenderedPageBreak/>
              <w:t xml:space="preserve">Floor Book reflections </w:t>
            </w:r>
          </w:p>
          <w:p w14:paraId="76EA2BA3"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Pupil questionnaires </w:t>
            </w:r>
          </w:p>
          <w:p w14:paraId="1098F305"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Learning conversations </w:t>
            </w:r>
          </w:p>
          <w:p w14:paraId="56AFC262"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Curriculum reviews </w:t>
            </w:r>
          </w:p>
          <w:p w14:paraId="2FC112F4"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lastRenderedPageBreak/>
              <w:t xml:space="preserve">Playground improvements </w:t>
            </w:r>
          </w:p>
          <w:p w14:paraId="60D8B12E" w14:textId="47E1FC8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Charity decisions </w:t>
            </w:r>
          </w:p>
        </w:tc>
        <w:tc>
          <w:tcPr>
            <w:tcW w:w="4872" w:type="dxa"/>
          </w:tcPr>
          <w:p w14:paraId="580227C2"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lastRenderedPageBreak/>
              <w:t xml:space="preserve">Picture News discussions </w:t>
            </w:r>
          </w:p>
          <w:p w14:paraId="65BC16A4"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PSHE Citizenship units </w:t>
            </w:r>
          </w:p>
          <w:p w14:paraId="7BBD7142"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British Values assemblies </w:t>
            </w:r>
          </w:p>
          <w:p w14:paraId="2DAEEF75"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Debate and discussion </w:t>
            </w:r>
          </w:p>
          <w:p w14:paraId="74122852" w14:textId="3A1C0D26"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lastRenderedPageBreak/>
              <w:t>Careers education</w:t>
            </w:r>
          </w:p>
        </w:tc>
      </w:tr>
    </w:tbl>
    <w:p w14:paraId="355E608A" w14:textId="77777777" w:rsidR="00DF5958" w:rsidRPr="006D6F86" w:rsidRDefault="00000000">
      <w:pPr>
        <w:pStyle w:val="Heading2"/>
        <w:rPr>
          <w:rFonts w:ascii="Letter-join Plus 40" w:hAnsi="Letter-join Plus 40" w:cs="Calibri"/>
          <w:b w:val="0"/>
          <w:bCs w:val="0"/>
        </w:rPr>
      </w:pPr>
      <w:r w:rsidRPr="006D6F86">
        <w:rPr>
          <w:rFonts w:ascii="Letter-join Plus 40" w:hAnsi="Letter-join Plus 40" w:cs="Calibri"/>
          <w:b w:val="0"/>
          <w:bCs w:val="0"/>
        </w:rPr>
        <w:lastRenderedPageBreak/>
        <w:t>By the end of Year 6, a Parklands pupil will…</w:t>
      </w:r>
    </w:p>
    <w:p w14:paraId="00C146EE" w14:textId="77777777" w:rsidR="006D6F86" w:rsidRPr="006D6F86" w:rsidRDefault="006D6F86" w:rsidP="006D6F86">
      <w:pPr>
        <w:spacing w:before="100" w:beforeAutospacing="1" w:after="100" w:afterAutospacing="1"/>
        <w:rPr>
          <w:rFonts w:ascii="Letter-join Plus 40" w:hAnsi="Letter-join Plus 40"/>
        </w:rPr>
      </w:pPr>
      <w:r w:rsidRPr="006D6F86">
        <w:rPr>
          <w:rFonts w:ascii="Letter-join Plus 40" w:hAnsi="Letter-join Plus 40"/>
        </w:rPr>
        <w:t>A Parklands pupil will understand that every voice matters and that positive change happens when people work together.</w:t>
      </w:r>
    </w:p>
    <w:p w14:paraId="11CAD5FB" w14:textId="77777777" w:rsidR="006D6F86" w:rsidRPr="006D6F86" w:rsidRDefault="006D6F86" w:rsidP="006D6F86">
      <w:pPr>
        <w:spacing w:before="100" w:beforeAutospacing="1" w:after="100" w:afterAutospacing="1"/>
        <w:rPr>
          <w:rFonts w:ascii="Letter-join Plus 40" w:hAnsi="Letter-join Plus 40"/>
        </w:rPr>
      </w:pPr>
      <w:r w:rsidRPr="006D6F86">
        <w:rPr>
          <w:rFonts w:ascii="Letter-join Plus 40" w:hAnsi="Letter-join Plus 40"/>
        </w:rPr>
        <w:t>They will:</w:t>
      </w:r>
    </w:p>
    <w:p w14:paraId="2D7FB688" w14:textId="77777777" w:rsidR="006D6F86" w:rsidRPr="006D6F86" w:rsidRDefault="006D6F86" w:rsidP="006D6F86">
      <w:pPr>
        <w:numPr>
          <w:ilvl w:val="0"/>
          <w:numId w:val="10"/>
        </w:numPr>
        <w:spacing w:before="100" w:beforeAutospacing="1" w:after="100" w:afterAutospacing="1"/>
        <w:rPr>
          <w:rFonts w:ascii="Letter-join Plus 40" w:hAnsi="Letter-join Plus 40"/>
        </w:rPr>
      </w:pPr>
      <w:r w:rsidRPr="006D6F86">
        <w:rPr>
          <w:rFonts w:ascii="Letter-join Plus 40" w:hAnsi="Letter-join Plus 40"/>
        </w:rPr>
        <w:t xml:space="preserve">confidently share their opinions whilst respecting the views of others; </w:t>
      </w:r>
    </w:p>
    <w:p w14:paraId="178A552A" w14:textId="77777777" w:rsidR="006D6F86" w:rsidRPr="006D6F86" w:rsidRDefault="006D6F86" w:rsidP="006D6F86">
      <w:pPr>
        <w:numPr>
          <w:ilvl w:val="0"/>
          <w:numId w:val="10"/>
        </w:numPr>
        <w:spacing w:before="100" w:beforeAutospacing="1" w:after="100" w:afterAutospacing="1"/>
        <w:rPr>
          <w:rFonts w:ascii="Letter-join Plus 40" w:hAnsi="Letter-join Plus 40"/>
        </w:rPr>
      </w:pPr>
      <w:r w:rsidRPr="006D6F86">
        <w:rPr>
          <w:rFonts w:ascii="Letter-join Plus 40" w:hAnsi="Letter-join Plus 40"/>
        </w:rPr>
        <w:t xml:space="preserve">participate in discussion, debate and democratic decision-making; </w:t>
      </w:r>
    </w:p>
    <w:p w14:paraId="30F1EE9C" w14:textId="77777777" w:rsidR="006D6F86" w:rsidRPr="006D6F86" w:rsidRDefault="006D6F86" w:rsidP="006D6F86">
      <w:pPr>
        <w:numPr>
          <w:ilvl w:val="0"/>
          <w:numId w:val="10"/>
        </w:numPr>
        <w:spacing w:before="100" w:beforeAutospacing="1" w:after="100" w:afterAutospacing="1"/>
        <w:rPr>
          <w:rFonts w:ascii="Letter-join Plus 40" w:hAnsi="Letter-join Plus 40"/>
        </w:rPr>
      </w:pPr>
      <w:r w:rsidRPr="006D6F86">
        <w:rPr>
          <w:rFonts w:ascii="Letter-join Plus 40" w:hAnsi="Letter-join Plus 40"/>
        </w:rPr>
        <w:t xml:space="preserve">understand how voting and representation influence decisions in school and wider society; </w:t>
      </w:r>
    </w:p>
    <w:p w14:paraId="23B714E4" w14:textId="73B8897E" w:rsidR="00DF5958" w:rsidRPr="006D6F86" w:rsidRDefault="006D6F86" w:rsidP="006D6F86">
      <w:pPr>
        <w:numPr>
          <w:ilvl w:val="0"/>
          <w:numId w:val="10"/>
        </w:numPr>
        <w:spacing w:before="100" w:beforeAutospacing="1" w:after="100" w:afterAutospacing="1"/>
        <w:rPr>
          <w:rFonts w:ascii="Letter-join Plus 40" w:hAnsi="Letter-join Plus 40"/>
        </w:rPr>
      </w:pPr>
      <w:r w:rsidRPr="006D6F86">
        <w:rPr>
          <w:rFonts w:ascii="Letter-join Plus 40" w:hAnsi="Letter-join Plus 40"/>
        </w:rPr>
        <w:t>recognise that they have the power to make a positive difference within their community.</w:t>
      </w:r>
    </w:p>
    <w:p w14:paraId="49B05253" w14:textId="77777777" w:rsidR="006D6F86" w:rsidRDefault="006D6F86">
      <w:pPr>
        <w:pStyle w:val="Heading1"/>
        <w:rPr>
          <w:rFonts w:ascii="Letter-join Plus 40" w:hAnsi="Letter-join Plus 40" w:cs="Calibri"/>
          <w:b w:val="0"/>
          <w:bCs w:val="0"/>
        </w:rPr>
      </w:pPr>
    </w:p>
    <w:p w14:paraId="30EA87C2" w14:textId="77777777" w:rsidR="006D6F86" w:rsidRDefault="006D6F86">
      <w:pPr>
        <w:rPr>
          <w:rFonts w:ascii="Letter-join Plus 40" w:eastAsiaTheme="majorEastAsia" w:hAnsi="Letter-join Plus 40" w:cs="Calibri"/>
          <w:color w:val="365F91" w:themeColor="accent1" w:themeShade="BF"/>
          <w:sz w:val="28"/>
          <w:szCs w:val="28"/>
        </w:rPr>
      </w:pPr>
      <w:r>
        <w:rPr>
          <w:rFonts w:ascii="Letter-join Plus 40" w:hAnsi="Letter-join Plus 40" w:cs="Calibri"/>
          <w:b/>
          <w:bCs/>
        </w:rPr>
        <w:br w:type="page"/>
      </w:r>
    </w:p>
    <w:p w14:paraId="41A932F0" w14:textId="6DE62371" w:rsidR="00DF5958" w:rsidRPr="006D6F86" w:rsidRDefault="00000000">
      <w:pPr>
        <w:pStyle w:val="Heading1"/>
        <w:rPr>
          <w:rFonts w:ascii="Letter-join Plus 40" w:hAnsi="Letter-join Plus 40" w:cs="Calibri"/>
          <w:b w:val="0"/>
          <w:bCs w:val="0"/>
        </w:rPr>
      </w:pPr>
      <w:r w:rsidRPr="006D6F86">
        <w:rPr>
          <w:rFonts w:ascii="Letter-join Plus 40" w:hAnsi="Letter-join Plus 40" w:cs="Calibri"/>
          <w:b w:val="0"/>
          <w:bCs w:val="0"/>
        </w:rPr>
        <w:lastRenderedPageBreak/>
        <w:t>Rule of Law</w:t>
      </w:r>
    </w:p>
    <w:p w14:paraId="13140ACD" w14:textId="77777777" w:rsidR="00DF5958" w:rsidRPr="006D6F86" w:rsidRDefault="00000000">
      <w:pPr>
        <w:rPr>
          <w:rFonts w:ascii="Letter-join Plus 40" w:hAnsi="Letter-join Plus 40" w:cs="Calibri"/>
        </w:rPr>
      </w:pPr>
      <w:r w:rsidRPr="006D6F86">
        <w:rPr>
          <w:rFonts w:ascii="Letter-join Plus 40" w:hAnsi="Letter-join Plus 40" w:cs="Calibri"/>
        </w:rPr>
        <w:t>Children understand that rules and laws keep people safe and help communities flourish.</w:t>
      </w:r>
    </w:p>
    <w:p w14:paraId="02EF2209" w14:textId="77777777" w:rsidR="00DF5958" w:rsidRPr="006D6F86" w:rsidRDefault="00000000">
      <w:pPr>
        <w:pStyle w:val="Heading2"/>
        <w:rPr>
          <w:rFonts w:ascii="Letter-join Plus 40" w:hAnsi="Letter-join Plus 40" w:cs="Calibri"/>
          <w:b w:val="0"/>
          <w:bCs w:val="0"/>
        </w:rPr>
      </w:pPr>
      <w:r w:rsidRPr="006D6F86">
        <w:rPr>
          <w:rFonts w:ascii="Letter-join Plus 40" w:hAnsi="Letter-join Plus 40" w:cs="Calibri"/>
          <w:b w:val="0"/>
          <w:bCs w:val="0"/>
        </w:rPr>
        <w:t>Knowledge Progression</w:t>
      </w:r>
    </w:p>
    <w:tbl>
      <w:tblPr>
        <w:tblStyle w:val="TableGridLight"/>
        <w:tblW w:w="0" w:type="auto"/>
        <w:tblLook w:val="04A0" w:firstRow="1" w:lastRow="0" w:firstColumn="1" w:lastColumn="0" w:noHBand="0" w:noVBand="1"/>
      </w:tblPr>
      <w:tblGrid>
        <w:gridCol w:w="1188"/>
        <w:gridCol w:w="10906"/>
        <w:gridCol w:w="2296"/>
      </w:tblGrid>
      <w:tr w:rsidR="00D65536" w14:paraId="0A1FD904" w14:textId="77777777" w:rsidTr="00D65536">
        <w:tc>
          <w:tcPr>
            <w:tcW w:w="0" w:type="auto"/>
            <w:hideMark/>
          </w:tcPr>
          <w:p w14:paraId="42D868D1" w14:textId="77777777" w:rsidR="00D65536" w:rsidRPr="00D65536" w:rsidRDefault="00D65536">
            <w:pPr>
              <w:jc w:val="center"/>
              <w:rPr>
                <w:rFonts w:ascii="Letter-join Plus 40" w:hAnsi="Letter-join Plus 40"/>
                <w:b/>
                <w:bCs/>
              </w:rPr>
            </w:pPr>
            <w:r w:rsidRPr="00D65536">
              <w:rPr>
                <w:rFonts w:ascii="Letter-join Plus 40" w:hAnsi="Letter-join Plus 40"/>
                <w:b/>
                <w:bCs/>
              </w:rPr>
              <w:t>Year Group</w:t>
            </w:r>
          </w:p>
        </w:tc>
        <w:tc>
          <w:tcPr>
            <w:tcW w:w="0" w:type="auto"/>
            <w:hideMark/>
          </w:tcPr>
          <w:p w14:paraId="0339E695" w14:textId="77777777" w:rsidR="00D65536" w:rsidRPr="00D65536" w:rsidRDefault="00D65536">
            <w:pPr>
              <w:jc w:val="center"/>
              <w:rPr>
                <w:rFonts w:ascii="Letter-join Plus 40" w:hAnsi="Letter-join Plus 40"/>
                <w:b/>
                <w:bCs/>
              </w:rPr>
            </w:pPr>
            <w:r w:rsidRPr="00D65536">
              <w:rPr>
                <w:rFonts w:ascii="Letter-join Plus 40" w:hAnsi="Letter-join Plus 40"/>
                <w:b/>
                <w:bCs/>
              </w:rPr>
              <w:t>Knowledge &amp; Understanding</w:t>
            </w:r>
          </w:p>
        </w:tc>
        <w:tc>
          <w:tcPr>
            <w:tcW w:w="0" w:type="auto"/>
            <w:hideMark/>
          </w:tcPr>
          <w:p w14:paraId="5F4F8EA2" w14:textId="77777777" w:rsidR="00D65536" w:rsidRPr="00D65536" w:rsidRDefault="00D65536">
            <w:pPr>
              <w:jc w:val="center"/>
              <w:rPr>
                <w:rFonts w:ascii="Letter-join Plus 40" w:hAnsi="Letter-join Plus 40"/>
                <w:b/>
                <w:bCs/>
              </w:rPr>
            </w:pPr>
            <w:r w:rsidRPr="00D65536">
              <w:rPr>
                <w:rFonts w:ascii="Letter-join Plus 40" w:hAnsi="Letter-join Plus 40"/>
                <w:b/>
                <w:bCs/>
              </w:rPr>
              <w:t>Key Vocabulary</w:t>
            </w:r>
          </w:p>
        </w:tc>
      </w:tr>
      <w:tr w:rsidR="00D65536" w14:paraId="3D9F4074" w14:textId="77777777" w:rsidTr="00D65536">
        <w:tc>
          <w:tcPr>
            <w:tcW w:w="0" w:type="auto"/>
            <w:hideMark/>
          </w:tcPr>
          <w:p w14:paraId="02D511C0" w14:textId="77777777" w:rsidR="00D65536" w:rsidRPr="00D65536" w:rsidRDefault="00D65536">
            <w:pPr>
              <w:rPr>
                <w:rFonts w:ascii="Letter-join Plus 40" w:hAnsi="Letter-join Plus 40"/>
              </w:rPr>
            </w:pPr>
            <w:r w:rsidRPr="00D65536">
              <w:rPr>
                <w:rStyle w:val="Strong"/>
                <w:rFonts w:ascii="Letter-join Plus 40" w:hAnsi="Letter-join Plus 40"/>
              </w:rPr>
              <w:t>EYFS</w:t>
            </w:r>
          </w:p>
        </w:tc>
        <w:tc>
          <w:tcPr>
            <w:tcW w:w="0" w:type="auto"/>
            <w:hideMark/>
          </w:tcPr>
          <w:p w14:paraId="0BA0E1AB" w14:textId="77777777" w:rsidR="00D65536" w:rsidRDefault="00D65536">
            <w:pPr>
              <w:rPr>
                <w:rFonts w:ascii="Letter-join Plus 40" w:hAnsi="Letter-join Plus 40"/>
              </w:rPr>
            </w:pPr>
            <w:r w:rsidRPr="00D65536">
              <w:rPr>
                <w:rFonts w:ascii="Letter-join Plus 40" w:hAnsi="Letter-join Plus 40"/>
              </w:rPr>
              <w:t>• I know we have rules to help keep everyone safe and happy.</w:t>
            </w:r>
          </w:p>
          <w:p w14:paraId="6D627FAD" w14:textId="77777777" w:rsidR="00D65536" w:rsidRDefault="00D65536">
            <w:pPr>
              <w:rPr>
                <w:rFonts w:ascii="Letter-join Plus 40" w:hAnsi="Letter-join Plus 40"/>
              </w:rPr>
            </w:pPr>
            <w:r w:rsidRPr="00D65536">
              <w:rPr>
                <w:rFonts w:ascii="Letter-join Plus 40" w:hAnsi="Letter-join Plus 40"/>
              </w:rPr>
              <w:t>• I know trusted adults help us and keep us safe.</w:t>
            </w:r>
          </w:p>
          <w:p w14:paraId="43169511" w14:textId="35FE0715" w:rsidR="00D65536" w:rsidRPr="00D65536" w:rsidRDefault="00D65536">
            <w:pPr>
              <w:rPr>
                <w:rFonts w:ascii="Letter-join Plus 40" w:hAnsi="Letter-join Plus 40"/>
              </w:rPr>
            </w:pPr>
            <w:r w:rsidRPr="00D65536">
              <w:rPr>
                <w:rFonts w:ascii="Letter-join Plus 40" w:hAnsi="Letter-join Plus 40"/>
              </w:rPr>
              <w:t>• I know there are simple rules at home and at school that we should follow.</w:t>
            </w:r>
          </w:p>
        </w:tc>
        <w:tc>
          <w:tcPr>
            <w:tcW w:w="0" w:type="auto"/>
            <w:hideMark/>
          </w:tcPr>
          <w:p w14:paraId="54618E5C" w14:textId="5B4292D2" w:rsidR="00D65536" w:rsidRPr="00D65536" w:rsidRDefault="00D65536">
            <w:pPr>
              <w:rPr>
                <w:rFonts w:ascii="Letter-join Plus 40" w:hAnsi="Letter-join Plus 40"/>
              </w:rPr>
            </w:pPr>
            <w:r w:rsidRPr="00D65536">
              <w:rPr>
                <w:rStyle w:val="Strong"/>
                <w:rFonts w:ascii="Letter-join Plus 40" w:hAnsi="Letter-join Plus 40"/>
              </w:rPr>
              <w:t>rules safe</w:t>
            </w:r>
          </w:p>
        </w:tc>
      </w:tr>
      <w:tr w:rsidR="00D65536" w14:paraId="0D8CC6D3" w14:textId="77777777" w:rsidTr="00D65536">
        <w:tc>
          <w:tcPr>
            <w:tcW w:w="0" w:type="auto"/>
            <w:hideMark/>
          </w:tcPr>
          <w:p w14:paraId="21788499" w14:textId="77777777" w:rsidR="00D65536" w:rsidRPr="00D65536" w:rsidRDefault="00D65536">
            <w:pPr>
              <w:rPr>
                <w:rFonts w:ascii="Letter-join Plus 40" w:hAnsi="Letter-join Plus 40"/>
              </w:rPr>
            </w:pPr>
            <w:r w:rsidRPr="00D65536">
              <w:rPr>
                <w:rStyle w:val="Strong"/>
                <w:rFonts w:ascii="Letter-join Plus 40" w:hAnsi="Letter-join Plus 40"/>
              </w:rPr>
              <w:t>Year 1</w:t>
            </w:r>
          </w:p>
        </w:tc>
        <w:tc>
          <w:tcPr>
            <w:tcW w:w="0" w:type="auto"/>
            <w:hideMark/>
          </w:tcPr>
          <w:p w14:paraId="23E6E8E8" w14:textId="77777777" w:rsidR="00D65536" w:rsidRDefault="00D65536">
            <w:pPr>
              <w:rPr>
                <w:rFonts w:ascii="Letter-join Plus 40" w:hAnsi="Letter-join Plus 40"/>
              </w:rPr>
            </w:pPr>
            <w:r w:rsidRPr="00D65536">
              <w:rPr>
                <w:rFonts w:ascii="Letter-join Plus 40" w:hAnsi="Letter-join Plus 40"/>
              </w:rPr>
              <w:t>• I know rules help everyone to learn, play and work together safely</w:t>
            </w:r>
          </w:p>
          <w:p w14:paraId="4A77F233" w14:textId="77777777" w:rsidR="00D65536" w:rsidRDefault="00D65536">
            <w:pPr>
              <w:rPr>
                <w:rFonts w:ascii="Letter-join Plus 40" w:hAnsi="Letter-join Plus 40"/>
              </w:rPr>
            </w:pPr>
            <w:r w:rsidRPr="00D65536">
              <w:rPr>
                <w:rFonts w:ascii="Letter-join Plus 40" w:hAnsi="Letter-join Plus 40"/>
              </w:rPr>
              <w:t>.• I know there are different rules in different places.</w:t>
            </w:r>
          </w:p>
          <w:p w14:paraId="2783AEFC" w14:textId="6C81CBE5" w:rsidR="00D65536" w:rsidRPr="00D65536" w:rsidRDefault="00D65536">
            <w:pPr>
              <w:rPr>
                <w:rFonts w:ascii="Letter-join Plus 40" w:hAnsi="Letter-join Plus 40"/>
              </w:rPr>
            </w:pPr>
            <w:r w:rsidRPr="00D65536">
              <w:rPr>
                <w:rFonts w:ascii="Letter-join Plus 40" w:hAnsi="Letter-join Plus 40"/>
              </w:rPr>
              <w:t>• I know there are adults in our community whose job is to help us.</w:t>
            </w:r>
          </w:p>
        </w:tc>
        <w:tc>
          <w:tcPr>
            <w:tcW w:w="0" w:type="auto"/>
            <w:hideMark/>
          </w:tcPr>
          <w:p w14:paraId="01DCC561" w14:textId="42EC47ED" w:rsidR="00D65536" w:rsidRPr="00D65536" w:rsidRDefault="00D65536">
            <w:pPr>
              <w:rPr>
                <w:rFonts w:ascii="Letter-join Plus 40" w:hAnsi="Letter-join Plus 40"/>
              </w:rPr>
            </w:pPr>
            <w:r w:rsidRPr="00D65536">
              <w:rPr>
                <w:rStyle w:val="Strong"/>
                <w:rFonts w:ascii="Letter-join Plus 40" w:hAnsi="Letter-join Plus 40"/>
              </w:rPr>
              <w:t>responsibility community</w:t>
            </w:r>
          </w:p>
        </w:tc>
      </w:tr>
      <w:tr w:rsidR="00D65536" w14:paraId="6E107895" w14:textId="77777777" w:rsidTr="00D65536">
        <w:tc>
          <w:tcPr>
            <w:tcW w:w="0" w:type="auto"/>
            <w:hideMark/>
          </w:tcPr>
          <w:p w14:paraId="6CB4430D" w14:textId="77777777" w:rsidR="00D65536" w:rsidRPr="00D65536" w:rsidRDefault="00D65536">
            <w:pPr>
              <w:rPr>
                <w:rFonts w:ascii="Letter-join Plus 40" w:hAnsi="Letter-join Plus 40"/>
              </w:rPr>
            </w:pPr>
            <w:r w:rsidRPr="00D65536">
              <w:rPr>
                <w:rStyle w:val="Strong"/>
                <w:rFonts w:ascii="Letter-join Plus 40" w:hAnsi="Letter-join Plus 40"/>
              </w:rPr>
              <w:t>Year 2</w:t>
            </w:r>
          </w:p>
        </w:tc>
        <w:tc>
          <w:tcPr>
            <w:tcW w:w="0" w:type="auto"/>
            <w:hideMark/>
          </w:tcPr>
          <w:p w14:paraId="0DB64B3E" w14:textId="77777777" w:rsidR="00D65536" w:rsidRDefault="00D65536">
            <w:pPr>
              <w:rPr>
                <w:rFonts w:ascii="Letter-join Plus 40" w:hAnsi="Letter-join Plus 40"/>
              </w:rPr>
            </w:pPr>
            <w:r w:rsidRPr="00D65536">
              <w:rPr>
                <w:rFonts w:ascii="Letter-join Plus 40" w:hAnsi="Letter-join Plus 40"/>
              </w:rPr>
              <w:t>• I understand that rules protect people and help communities work well.</w:t>
            </w:r>
          </w:p>
          <w:p w14:paraId="02DF4A74" w14:textId="77777777" w:rsidR="00D65536" w:rsidRDefault="00D65536">
            <w:pPr>
              <w:rPr>
                <w:rFonts w:ascii="Letter-join Plus 40" w:hAnsi="Letter-join Plus 40"/>
              </w:rPr>
            </w:pPr>
            <w:r w:rsidRPr="00D65536">
              <w:rPr>
                <w:rFonts w:ascii="Letter-join Plus 40" w:hAnsi="Letter-join Plus 40"/>
              </w:rPr>
              <w:t>• I know that my choices have consequences for myself and others.</w:t>
            </w:r>
          </w:p>
          <w:p w14:paraId="5A7D359E" w14:textId="257133DC" w:rsidR="00D65536" w:rsidRPr="00D65536" w:rsidRDefault="00D65536">
            <w:pPr>
              <w:rPr>
                <w:rFonts w:ascii="Letter-join Plus 40" w:hAnsi="Letter-join Plus 40"/>
              </w:rPr>
            </w:pPr>
            <w:r w:rsidRPr="00D65536">
              <w:rPr>
                <w:rFonts w:ascii="Letter-join Plus 40" w:hAnsi="Letter-join Plus 40"/>
              </w:rPr>
              <w:t>• I know who can help me if I feel unsafe or worried.</w:t>
            </w:r>
          </w:p>
        </w:tc>
        <w:tc>
          <w:tcPr>
            <w:tcW w:w="0" w:type="auto"/>
            <w:hideMark/>
          </w:tcPr>
          <w:p w14:paraId="107EDDD2" w14:textId="710BCFBD" w:rsidR="00D65536" w:rsidRPr="00D65536" w:rsidRDefault="00D65536">
            <w:pPr>
              <w:rPr>
                <w:rFonts w:ascii="Letter-join Plus 40" w:hAnsi="Letter-join Plus 40"/>
              </w:rPr>
            </w:pPr>
            <w:r w:rsidRPr="00D65536">
              <w:rPr>
                <w:rStyle w:val="Strong"/>
                <w:rFonts w:ascii="Letter-join Plus 40" w:hAnsi="Letter-join Plus 40"/>
              </w:rPr>
              <w:t>consequence protect</w:t>
            </w:r>
          </w:p>
        </w:tc>
      </w:tr>
      <w:tr w:rsidR="00D65536" w14:paraId="358FD06D" w14:textId="77777777" w:rsidTr="00D65536">
        <w:tc>
          <w:tcPr>
            <w:tcW w:w="0" w:type="auto"/>
            <w:hideMark/>
          </w:tcPr>
          <w:p w14:paraId="08EEEE48" w14:textId="77777777" w:rsidR="00D65536" w:rsidRPr="00D65536" w:rsidRDefault="00D65536">
            <w:pPr>
              <w:rPr>
                <w:rFonts w:ascii="Letter-join Plus 40" w:hAnsi="Letter-join Plus 40"/>
              </w:rPr>
            </w:pPr>
            <w:r w:rsidRPr="00D65536">
              <w:rPr>
                <w:rStyle w:val="Strong"/>
                <w:rFonts w:ascii="Letter-join Plus 40" w:hAnsi="Letter-join Plus 40"/>
              </w:rPr>
              <w:t>Year 3</w:t>
            </w:r>
          </w:p>
        </w:tc>
        <w:tc>
          <w:tcPr>
            <w:tcW w:w="0" w:type="auto"/>
            <w:hideMark/>
          </w:tcPr>
          <w:p w14:paraId="3DAD33DE" w14:textId="77777777" w:rsidR="00D65536" w:rsidRDefault="00D65536">
            <w:pPr>
              <w:rPr>
                <w:rFonts w:ascii="Letter-join Plus 40" w:hAnsi="Letter-join Plus 40"/>
              </w:rPr>
            </w:pPr>
            <w:r w:rsidRPr="00D65536">
              <w:rPr>
                <w:rFonts w:ascii="Letter-join Plus 40" w:hAnsi="Letter-join Plus 40"/>
              </w:rPr>
              <w:t>• I understand that laws are rules made to protect people and promote fairness.</w:t>
            </w:r>
          </w:p>
          <w:p w14:paraId="28B403B8" w14:textId="77777777" w:rsidR="00D65536" w:rsidRDefault="00D65536">
            <w:pPr>
              <w:rPr>
                <w:rFonts w:ascii="Letter-join Plus 40" w:hAnsi="Letter-join Plus 40"/>
              </w:rPr>
            </w:pPr>
            <w:r w:rsidRPr="00D65536">
              <w:rPr>
                <w:rFonts w:ascii="Letter-join Plus 40" w:hAnsi="Letter-join Plus 40"/>
              </w:rPr>
              <w:t>• I know everyone has rights and responsibilities within a community</w:t>
            </w:r>
          </w:p>
          <w:p w14:paraId="51380743" w14:textId="38AB8FAF" w:rsidR="00D65536" w:rsidRPr="00D65536" w:rsidRDefault="00D65536">
            <w:pPr>
              <w:rPr>
                <w:rFonts w:ascii="Letter-join Plus 40" w:hAnsi="Letter-join Plus 40"/>
              </w:rPr>
            </w:pPr>
            <w:r w:rsidRPr="00D65536">
              <w:rPr>
                <w:rFonts w:ascii="Letter-join Plus 40" w:hAnsi="Letter-join Plus 40"/>
              </w:rPr>
              <w:t>.• I understand why making safe and responsible choices is important, both online and offline.</w:t>
            </w:r>
          </w:p>
        </w:tc>
        <w:tc>
          <w:tcPr>
            <w:tcW w:w="0" w:type="auto"/>
            <w:hideMark/>
          </w:tcPr>
          <w:p w14:paraId="6D7B7DA3" w14:textId="6E0CECF6" w:rsidR="00D65536" w:rsidRPr="00D65536" w:rsidRDefault="00D65536">
            <w:pPr>
              <w:rPr>
                <w:rFonts w:ascii="Letter-join Plus 40" w:hAnsi="Letter-join Plus 40"/>
              </w:rPr>
            </w:pPr>
            <w:r w:rsidRPr="00D65536">
              <w:rPr>
                <w:rStyle w:val="Strong"/>
                <w:rFonts w:ascii="Letter-join Plus 40" w:hAnsi="Letter-join Plus 40"/>
              </w:rPr>
              <w:t>law rights</w:t>
            </w:r>
          </w:p>
        </w:tc>
      </w:tr>
      <w:tr w:rsidR="00D65536" w14:paraId="35F06BBD" w14:textId="77777777" w:rsidTr="00D65536">
        <w:tc>
          <w:tcPr>
            <w:tcW w:w="0" w:type="auto"/>
            <w:hideMark/>
          </w:tcPr>
          <w:p w14:paraId="693BA2F6" w14:textId="77777777" w:rsidR="00D65536" w:rsidRPr="00D65536" w:rsidRDefault="00D65536">
            <w:pPr>
              <w:rPr>
                <w:rFonts w:ascii="Letter-join Plus 40" w:hAnsi="Letter-join Plus 40"/>
              </w:rPr>
            </w:pPr>
            <w:r w:rsidRPr="00D65536">
              <w:rPr>
                <w:rStyle w:val="Strong"/>
                <w:rFonts w:ascii="Letter-join Plus 40" w:hAnsi="Letter-join Plus 40"/>
              </w:rPr>
              <w:t>Year 4</w:t>
            </w:r>
          </w:p>
        </w:tc>
        <w:tc>
          <w:tcPr>
            <w:tcW w:w="0" w:type="auto"/>
            <w:hideMark/>
          </w:tcPr>
          <w:p w14:paraId="0D18F40A" w14:textId="77777777" w:rsidR="00D65536" w:rsidRDefault="00D65536">
            <w:pPr>
              <w:rPr>
                <w:rFonts w:ascii="Letter-join Plus 40" w:hAnsi="Letter-join Plus 40"/>
              </w:rPr>
            </w:pPr>
            <w:r w:rsidRPr="00D65536">
              <w:rPr>
                <w:rFonts w:ascii="Letter-join Plus 40" w:hAnsi="Letter-join Plus 40"/>
              </w:rPr>
              <w:t>• I understand that laws help create safe, fair and respectful communities.</w:t>
            </w:r>
          </w:p>
          <w:p w14:paraId="4D83E7F4" w14:textId="77777777" w:rsidR="00D65536" w:rsidRDefault="00D65536">
            <w:pPr>
              <w:rPr>
                <w:rFonts w:ascii="Letter-join Plus 40" w:hAnsi="Letter-join Plus 40"/>
              </w:rPr>
            </w:pPr>
            <w:r w:rsidRPr="00D65536">
              <w:rPr>
                <w:rFonts w:ascii="Letter-join Plus 40" w:hAnsi="Letter-join Plus 40"/>
              </w:rPr>
              <w:t>• I know that different situations may require different rules and laws.</w:t>
            </w:r>
          </w:p>
          <w:p w14:paraId="2FE7AE81" w14:textId="1156E460" w:rsidR="00D65536" w:rsidRPr="00D65536" w:rsidRDefault="00D65536">
            <w:pPr>
              <w:rPr>
                <w:rFonts w:ascii="Letter-join Plus 40" w:hAnsi="Letter-join Plus 40"/>
              </w:rPr>
            </w:pPr>
            <w:r w:rsidRPr="00D65536">
              <w:rPr>
                <w:rFonts w:ascii="Letter-join Plus 40" w:hAnsi="Letter-join Plus 40"/>
              </w:rPr>
              <w:t>• I understand that everyone has a responsibility to follow rules and contribute positively to society.</w:t>
            </w:r>
          </w:p>
        </w:tc>
        <w:tc>
          <w:tcPr>
            <w:tcW w:w="0" w:type="auto"/>
            <w:hideMark/>
          </w:tcPr>
          <w:p w14:paraId="661E5D5B" w14:textId="125D76DD" w:rsidR="00D65536" w:rsidRPr="00D65536" w:rsidRDefault="00D65536">
            <w:pPr>
              <w:rPr>
                <w:rFonts w:ascii="Letter-join Plus 40" w:hAnsi="Letter-join Plus 40"/>
              </w:rPr>
            </w:pPr>
            <w:r w:rsidRPr="00D65536">
              <w:rPr>
                <w:rStyle w:val="Strong"/>
                <w:rFonts w:ascii="Letter-join Plus 40" w:hAnsi="Letter-join Plus 40"/>
              </w:rPr>
              <w:t>justice responsibility</w:t>
            </w:r>
          </w:p>
        </w:tc>
      </w:tr>
      <w:tr w:rsidR="00D65536" w14:paraId="28A5C2D1" w14:textId="77777777" w:rsidTr="00D65536">
        <w:tc>
          <w:tcPr>
            <w:tcW w:w="0" w:type="auto"/>
            <w:hideMark/>
          </w:tcPr>
          <w:p w14:paraId="6361F8EA" w14:textId="77777777" w:rsidR="00D65536" w:rsidRPr="00D65536" w:rsidRDefault="00D65536">
            <w:pPr>
              <w:rPr>
                <w:rFonts w:ascii="Letter-join Plus 40" w:hAnsi="Letter-join Plus 40"/>
              </w:rPr>
            </w:pPr>
            <w:r w:rsidRPr="00D65536">
              <w:rPr>
                <w:rStyle w:val="Strong"/>
                <w:rFonts w:ascii="Letter-join Plus 40" w:hAnsi="Letter-join Plus 40"/>
              </w:rPr>
              <w:t>Year 5</w:t>
            </w:r>
          </w:p>
        </w:tc>
        <w:tc>
          <w:tcPr>
            <w:tcW w:w="0" w:type="auto"/>
            <w:hideMark/>
          </w:tcPr>
          <w:p w14:paraId="68C4C309" w14:textId="77777777" w:rsidR="00D65536" w:rsidRDefault="00D65536">
            <w:pPr>
              <w:rPr>
                <w:rFonts w:ascii="Letter-join Plus 40" w:hAnsi="Letter-join Plus 40"/>
              </w:rPr>
            </w:pPr>
            <w:r w:rsidRPr="00D65536">
              <w:rPr>
                <w:rFonts w:ascii="Letter-join Plus 40" w:hAnsi="Letter-join Plus 40"/>
              </w:rPr>
              <w:t>• I understand how laws help protect individuals and communities.</w:t>
            </w:r>
          </w:p>
          <w:p w14:paraId="1075EC5F" w14:textId="77777777" w:rsidR="00D65536" w:rsidRDefault="00D65536">
            <w:pPr>
              <w:rPr>
                <w:rFonts w:ascii="Letter-join Plus 40" w:hAnsi="Letter-join Plus 40"/>
              </w:rPr>
            </w:pPr>
            <w:r w:rsidRPr="00D65536">
              <w:rPr>
                <w:rFonts w:ascii="Letter-join Plus 40" w:hAnsi="Letter-join Plus 40"/>
              </w:rPr>
              <w:t>• I know the role of organisations such as the police, emergency services and local authorities in keeping people safe</w:t>
            </w:r>
          </w:p>
          <w:p w14:paraId="40971F3F" w14:textId="5F7B18DE" w:rsidR="00D65536" w:rsidRPr="00D65536" w:rsidRDefault="00D65536">
            <w:pPr>
              <w:rPr>
                <w:rFonts w:ascii="Letter-join Plus 40" w:hAnsi="Letter-join Plus 40"/>
              </w:rPr>
            </w:pPr>
            <w:r w:rsidRPr="00D65536">
              <w:rPr>
                <w:rFonts w:ascii="Letter-join Plus 40" w:hAnsi="Letter-join Plus 40"/>
              </w:rPr>
              <w:t>.• I understand how peer pressure and risky situations can influence decision-making and know strategies to respond safely.</w:t>
            </w:r>
          </w:p>
        </w:tc>
        <w:tc>
          <w:tcPr>
            <w:tcW w:w="0" w:type="auto"/>
            <w:hideMark/>
          </w:tcPr>
          <w:p w14:paraId="00967F7E" w14:textId="50801EB8" w:rsidR="00D65536" w:rsidRPr="00D65536" w:rsidRDefault="00D65536">
            <w:pPr>
              <w:rPr>
                <w:rFonts w:ascii="Letter-join Plus 40" w:hAnsi="Letter-join Plus 40"/>
              </w:rPr>
            </w:pPr>
            <w:r w:rsidRPr="00D65536">
              <w:rPr>
                <w:rStyle w:val="Strong"/>
                <w:rFonts w:ascii="Letter-join Plus 40" w:hAnsi="Letter-join Plus 40"/>
              </w:rPr>
              <w:t>justice authority</w:t>
            </w:r>
          </w:p>
        </w:tc>
      </w:tr>
      <w:tr w:rsidR="00D65536" w14:paraId="6A920820" w14:textId="77777777" w:rsidTr="00D65536">
        <w:tc>
          <w:tcPr>
            <w:tcW w:w="0" w:type="auto"/>
            <w:hideMark/>
          </w:tcPr>
          <w:p w14:paraId="7A2F8EAF" w14:textId="77777777" w:rsidR="00D65536" w:rsidRPr="00D65536" w:rsidRDefault="00D65536">
            <w:pPr>
              <w:rPr>
                <w:rFonts w:ascii="Letter-join Plus 40" w:hAnsi="Letter-join Plus 40"/>
              </w:rPr>
            </w:pPr>
            <w:r w:rsidRPr="00D65536">
              <w:rPr>
                <w:rStyle w:val="Strong"/>
                <w:rFonts w:ascii="Letter-join Plus 40" w:hAnsi="Letter-join Plus 40"/>
              </w:rPr>
              <w:t>Year 6</w:t>
            </w:r>
          </w:p>
        </w:tc>
        <w:tc>
          <w:tcPr>
            <w:tcW w:w="0" w:type="auto"/>
            <w:hideMark/>
          </w:tcPr>
          <w:p w14:paraId="02480619" w14:textId="77777777" w:rsidR="00D65536" w:rsidRDefault="00D65536">
            <w:pPr>
              <w:rPr>
                <w:rFonts w:ascii="Letter-join Plus 40" w:hAnsi="Letter-join Plus 40"/>
              </w:rPr>
            </w:pPr>
            <w:r w:rsidRPr="00D65536">
              <w:rPr>
                <w:rFonts w:ascii="Letter-join Plus 40" w:hAnsi="Letter-join Plus 40"/>
              </w:rPr>
              <w:t>• I understand that the Rule of Law underpins a democratic society and protects individual rights.</w:t>
            </w:r>
          </w:p>
          <w:p w14:paraId="4F6A5D7F" w14:textId="77777777" w:rsidR="00D65536" w:rsidRDefault="00D65536">
            <w:pPr>
              <w:rPr>
                <w:rFonts w:ascii="Letter-join Plus 40" w:hAnsi="Letter-join Plus 40"/>
              </w:rPr>
            </w:pPr>
            <w:r w:rsidRPr="00D65536">
              <w:rPr>
                <w:rFonts w:ascii="Letter-join Plus 40" w:hAnsi="Letter-join Plus 40"/>
              </w:rPr>
              <w:t>• I know that laws balance freedom with responsibility.</w:t>
            </w:r>
          </w:p>
          <w:p w14:paraId="0D81D536" w14:textId="201E8F40" w:rsidR="00D65536" w:rsidRPr="00D65536" w:rsidRDefault="00D65536">
            <w:pPr>
              <w:rPr>
                <w:rFonts w:ascii="Letter-join Plus 40" w:hAnsi="Letter-join Plus 40"/>
              </w:rPr>
            </w:pPr>
            <w:r w:rsidRPr="00D65536">
              <w:rPr>
                <w:rFonts w:ascii="Letter-join Plus 40" w:hAnsi="Letter-join Plus 40"/>
              </w:rPr>
              <w:t>• I understand that citizens have a role in creating safe, respectful and inclusive communities by acting responsibly and seeking support when needed.</w:t>
            </w:r>
          </w:p>
        </w:tc>
        <w:tc>
          <w:tcPr>
            <w:tcW w:w="0" w:type="auto"/>
            <w:hideMark/>
          </w:tcPr>
          <w:p w14:paraId="48DD3DA0" w14:textId="04070E2E" w:rsidR="00D65536" w:rsidRPr="00D65536" w:rsidRDefault="00D65536">
            <w:pPr>
              <w:rPr>
                <w:rFonts w:ascii="Letter-join Plus 40" w:hAnsi="Letter-join Plus 40"/>
              </w:rPr>
            </w:pPr>
            <w:r w:rsidRPr="00D65536">
              <w:rPr>
                <w:rStyle w:val="Strong"/>
                <w:rFonts w:ascii="Letter-join Plus 40" w:hAnsi="Letter-join Plus 40"/>
              </w:rPr>
              <w:t>Rule of Law citizen</w:t>
            </w:r>
          </w:p>
        </w:tc>
      </w:tr>
    </w:tbl>
    <w:p w14:paraId="78509FF7" w14:textId="77777777" w:rsidR="00DF5958" w:rsidRPr="006D6F86" w:rsidRDefault="00000000">
      <w:pPr>
        <w:pStyle w:val="Heading2"/>
        <w:rPr>
          <w:rFonts w:ascii="Letter-join Plus 40" w:hAnsi="Letter-join Plus 40" w:cs="Calibri"/>
          <w:b w:val="0"/>
          <w:bCs w:val="0"/>
        </w:rPr>
      </w:pPr>
      <w:r w:rsidRPr="006D6F86">
        <w:rPr>
          <w:rFonts w:ascii="Letter-join Plus 40" w:hAnsi="Letter-join Plus 40" w:cs="Calibri"/>
          <w:b w:val="0"/>
          <w:bCs w:val="0"/>
        </w:rPr>
        <w:t>How this value is developed at Parklands</w:t>
      </w:r>
    </w:p>
    <w:tbl>
      <w:tblPr>
        <w:tblStyle w:val="TableGridLight"/>
        <w:tblW w:w="0" w:type="auto"/>
        <w:tblLook w:val="04A0" w:firstRow="1" w:lastRow="0" w:firstColumn="1" w:lastColumn="0" w:noHBand="0" w:noVBand="1"/>
      </w:tblPr>
      <w:tblGrid>
        <w:gridCol w:w="4792"/>
        <w:gridCol w:w="4800"/>
        <w:gridCol w:w="4798"/>
      </w:tblGrid>
      <w:tr w:rsidR="006D6F86" w14:paraId="730A1724" w14:textId="77777777" w:rsidTr="00D65536">
        <w:tc>
          <w:tcPr>
            <w:tcW w:w="4872" w:type="dxa"/>
          </w:tcPr>
          <w:p w14:paraId="6852FDEA" w14:textId="196B8EC3" w:rsidR="006D6F86" w:rsidRPr="006D6F86" w:rsidRDefault="006D6F86" w:rsidP="001B7076">
            <w:pPr>
              <w:spacing w:before="100" w:beforeAutospacing="1" w:after="100" w:afterAutospacing="1"/>
              <w:jc w:val="center"/>
              <w:rPr>
                <w:rFonts w:ascii="Letter-join Plus 40" w:hAnsi="Letter-join Plus 40"/>
                <w:color w:val="4F81BD" w:themeColor="accent1"/>
              </w:rPr>
            </w:pPr>
            <w:r>
              <w:rPr>
                <w:rFonts w:ascii="Letter-join Plus 40" w:hAnsi="Letter-join Plus 40"/>
                <w:color w:val="4F81BD" w:themeColor="accent1"/>
              </w:rPr>
              <w:t>Keeping safe</w:t>
            </w:r>
          </w:p>
        </w:tc>
        <w:tc>
          <w:tcPr>
            <w:tcW w:w="4872" w:type="dxa"/>
          </w:tcPr>
          <w:p w14:paraId="52E3F4D0" w14:textId="6257D602" w:rsidR="006D6F86" w:rsidRPr="006D6F86" w:rsidRDefault="006D6F86" w:rsidP="001B7076">
            <w:pPr>
              <w:spacing w:before="100" w:beforeAutospacing="1" w:after="100" w:afterAutospacing="1"/>
              <w:jc w:val="center"/>
              <w:rPr>
                <w:rFonts w:ascii="Letter-join Plus 40" w:hAnsi="Letter-join Plus 40"/>
                <w:color w:val="4F81BD" w:themeColor="accent1"/>
              </w:rPr>
            </w:pPr>
            <w:r>
              <w:rPr>
                <w:rFonts w:ascii="Letter-join Plus 40" w:hAnsi="Letter-join Plus 40"/>
                <w:color w:val="4F81BD" w:themeColor="accent1"/>
              </w:rPr>
              <w:t>School life</w:t>
            </w:r>
          </w:p>
        </w:tc>
        <w:tc>
          <w:tcPr>
            <w:tcW w:w="4872" w:type="dxa"/>
          </w:tcPr>
          <w:p w14:paraId="0E33C49B" w14:textId="77777777" w:rsidR="006D6F86" w:rsidRPr="006D6F86" w:rsidRDefault="006D6F86" w:rsidP="001B7076">
            <w:pPr>
              <w:spacing w:before="100" w:beforeAutospacing="1" w:after="100" w:afterAutospacing="1"/>
              <w:jc w:val="center"/>
              <w:rPr>
                <w:rFonts w:ascii="Letter-join Plus 40" w:hAnsi="Letter-join Plus 40"/>
                <w:color w:val="4F81BD" w:themeColor="accent1"/>
              </w:rPr>
            </w:pPr>
            <w:r w:rsidRPr="006D6F86">
              <w:rPr>
                <w:rFonts w:ascii="Letter-join Plus 40" w:hAnsi="Letter-join Plus 40"/>
                <w:color w:val="4F81BD" w:themeColor="accent1"/>
              </w:rPr>
              <w:t>Curriculum</w:t>
            </w:r>
          </w:p>
        </w:tc>
      </w:tr>
      <w:tr w:rsidR="006D6F86" w14:paraId="77A72EF8" w14:textId="77777777" w:rsidTr="00D65536">
        <w:tc>
          <w:tcPr>
            <w:tcW w:w="4872" w:type="dxa"/>
          </w:tcPr>
          <w:p w14:paraId="4AD4ECA7"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Police Education </w:t>
            </w:r>
          </w:p>
          <w:p w14:paraId="65879011" w14:textId="77777777" w:rsidR="006D6F86" w:rsidRPr="006D6F86" w:rsidRDefault="006D6F86" w:rsidP="006D6F86">
            <w:pPr>
              <w:numPr>
                <w:ilvl w:val="0"/>
                <w:numId w:val="17"/>
              </w:numPr>
              <w:spacing w:before="100" w:beforeAutospacing="1" w:after="100" w:afterAutospacing="1"/>
              <w:rPr>
                <w:rFonts w:ascii="Letter-join Plus 40" w:hAnsi="Letter-join Plus 40"/>
              </w:rPr>
            </w:pPr>
            <w:proofErr w:type="spellStart"/>
            <w:r w:rsidRPr="006D6F86">
              <w:rPr>
                <w:rFonts w:ascii="Letter-join Plus 40" w:hAnsi="Letter-join Plus 40"/>
              </w:rPr>
              <w:t>D:Side</w:t>
            </w:r>
            <w:proofErr w:type="spellEnd"/>
            <w:r w:rsidRPr="006D6F86">
              <w:rPr>
                <w:rFonts w:ascii="Letter-join Plus 40" w:hAnsi="Letter-join Plus 40"/>
              </w:rPr>
              <w:t xml:space="preserve"> workshops </w:t>
            </w:r>
          </w:p>
          <w:p w14:paraId="1CAECE5E"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NSPCC PANTS </w:t>
            </w:r>
          </w:p>
          <w:p w14:paraId="792FBF17"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Looking for Callum </w:t>
            </w:r>
          </w:p>
          <w:p w14:paraId="37C2D87B"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Road Safety </w:t>
            </w:r>
          </w:p>
          <w:p w14:paraId="48F7BB94" w14:textId="77777777" w:rsidR="006D6F86" w:rsidRPr="006D6F86" w:rsidRDefault="006D6F86" w:rsidP="006D6F86">
            <w:pPr>
              <w:numPr>
                <w:ilvl w:val="0"/>
                <w:numId w:val="17"/>
              </w:numPr>
              <w:spacing w:before="100" w:beforeAutospacing="1" w:after="100" w:afterAutospacing="1"/>
              <w:rPr>
                <w:rFonts w:ascii="Letter-join Plus 40" w:hAnsi="Letter-join Plus 40"/>
              </w:rPr>
            </w:pPr>
            <w:proofErr w:type="spellStart"/>
            <w:r w:rsidRPr="006D6F86">
              <w:rPr>
                <w:rFonts w:ascii="Letter-join Plus 40" w:hAnsi="Letter-join Plus 40"/>
              </w:rPr>
              <w:lastRenderedPageBreak/>
              <w:t>Bikeability</w:t>
            </w:r>
            <w:proofErr w:type="spellEnd"/>
            <w:r w:rsidRPr="006D6F86">
              <w:rPr>
                <w:rFonts w:ascii="Letter-join Plus 40" w:hAnsi="Letter-join Plus 40"/>
              </w:rPr>
              <w:t xml:space="preserve"> </w:t>
            </w:r>
          </w:p>
          <w:p w14:paraId="62E3EEE3"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Water Safety </w:t>
            </w:r>
          </w:p>
          <w:p w14:paraId="1730EED1" w14:textId="4EB9EA91"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Online Safety </w:t>
            </w:r>
          </w:p>
        </w:tc>
        <w:tc>
          <w:tcPr>
            <w:tcW w:w="4872" w:type="dxa"/>
          </w:tcPr>
          <w:p w14:paraId="10060112"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lastRenderedPageBreak/>
              <w:t xml:space="preserve">  Restorative conversations </w:t>
            </w:r>
          </w:p>
          <w:p w14:paraId="5163C855"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  Classroom expectations </w:t>
            </w:r>
          </w:p>
          <w:p w14:paraId="7C0958F1"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  Behaviour curriculum </w:t>
            </w:r>
          </w:p>
          <w:p w14:paraId="0DA5FD41"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  Positive recognition </w:t>
            </w:r>
          </w:p>
          <w:p w14:paraId="28DC6ECE" w14:textId="33F16913"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Zones of Regulation</w:t>
            </w:r>
          </w:p>
        </w:tc>
        <w:tc>
          <w:tcPr>
            <w:tcW w:w="4872" w:type="dxa"/>
          </w:tcPr>
          <w:p w14:paraId="5750A3DB" w14:textId="2901AA61"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Staying Safe </w:t>
            </w:r>
            <w:r>
              <w:rPr>
                <w:rFonts w:ascii="Letter-join Plus 40" w:hAnsi="Letter-join Plus 40"/>
              </w:rPr>
              <w:t>(PSHE)</w:t>
            </w:r>
          </w:p>
          <w:p w14:paraId="4BAAFFB2" w14:textId="52F43375"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Health Protection </w:t>
            </w:r>
            <w:r>
              <w:rPr>
                <w:rFonts w:ascii="Letter-join Plus 40" w:hAnsi="Letter-join Plus 40"/>
              </w:rPr>
              <w:t>(PSHE)</w:t>
            </w:r>
          </w:p>
          <w:p w14:paraId="7A202228"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Personalised safeguarding units </w:t>
            </w:r>
          </w:p>
          <w:p w14:paraId="3DCB5836" w14:textId="77777777" w:rsidR="006D6F86" w:rsidRPr="006D6F86" w:rsidRDefault="006D6F86" w:rsidP="006D6F86">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Picture News </w:t>
            </w:r>
          </w:p>
          <w:p w14:paraId="2596326E" w14:textId="77777777" w:rsidR="006D6F86" w:rsidRDefault="006D6F86" w:rsidP="006D6F86">
            <w:pPr>
              <w:numPr>
                <w:ilvl w:val="0"/>
                <w:numId w:val="17"/>
              </w:numPr>
              <w:spacing w:before="100" w:beforeAutospacing="1" w:after="100" w:afterAutospacing="1"/>
              <w:rPr>
                <w:rFonts w:ascii="Letter-join Plus 40" w:hAnsi="Letter-join Plus 40"/>
              </w:rPr>
            </w:pPr>
            <w:r>
              <w:rPr>
                <w:rFonts w:ascii="Letter-join Plus 40" w:hAnsi="Letter-join Plus 40"/>
              </w:rPr>
              <w:t>Pol Ed lessons</w:t>
            </w:r>
          </w:p>
          <w:p w14:paraId="4F046BC4" w14:textId="5991B3E5" w:rsidR="006D6F86" w:rsidRPr="006D6F86" w:rsidRDefault="006D6F86" w:rsidP="006D6F86">
            <w:pPr>
              <w:numPr>
                <w:ilvl w:val="0"/>
                <w:numId w:val="17"/>
              </w:numPr>
              <w:spacing w:before="100" w:beforeAutospacing="1" w:after="100" w:afterAutospacing="1"/>
              <w:rPr>
                <w:rFonts w:ascii="Letter-join Plus 40" w:hAnsi="Letter-join Plus 40"/>
              </w:rPr>
            </w:pPr>
            <w:r>
              <w:rPr>
                <w:rFonts w:ascii="Letter-join Plus 40" w:hAnsi="Letter-join Plus 40"/>
              </w:rPr>
              <w:lastRenderedPageBreak/>
              <w:t>PSCO visits</w:t>
            </w:r>
          </w:p>
        </w:tc>
      </w:tr>
    </w:tbl>
    <w:p w14:paraId="4BAE2580" w14:textId="77777777" w:rsidR="00DF5958" w:rsidRPr="006D6F86" w:rsidRDefault="00000000">
      <w:pPr>
        <w:pStyle w:val="Heading2"/>
        <w:rPr>
          <w:rFonts w:ascii="Letter-join Plus 40" w:hAnsi="Letter-join Plus 40" w:cs="Calibri"/>
          <w:b w:val="0"/>
          <w:bCs w:val="0"/>
        </w:rPr>
      </w:pPr>
      <w:r w:rsidRPr="006D6F86">
        <w:rPr>
          <w:rFonts w:ascii="Letter-join Plus 40" w:hAnsi="Letter-join Plus 40" w:cs="Calibri"/>
          <w:b w:val="0"/>
          <w:bCs w:val="0"/>
        </w:rPr>
        <w:lastRenderedPageBreak/>
        <w:t>By the end of Year 6, a Parklands pupil will…</w:t>
      </w:r>
    </w:p>
    <w:p w14:paraId="26B318E3" w14:textId="77777777" w:rsidR="006D6F86" w:rsidRPr="006D6F86" w:rsidRDefault="006D6F86" w:rsidP="006D6F86">
      <w:pPr>
        <w:spacing w:before="100" w:beforeAutospacing="1" w:after="100" w:afterAutospacing="1"/>
        <w:rPr>
          <w:rFonts w:ascii="Letter-join Plus 40" w:hAnsi="Letter-join Plus 40"/>
        </w:rPr>
      </w:pPr>
      <w:r w:rsidRPr="006D6F86">
        <w:rPr>
          <w:rFonts w:ascii="Letter-join Plus 40" w:hAnsi="Letter-join Plus 40"/>
        </w:rPr>
        <w:t>A Parklands pupil will understand that rules, laws and responsibilities help to create safe, fair and inclusive communities.</w:t>
      </w:r>
    </w:p>
    <w:p w14:paraId="3FCE90E9" w14:textId="77777777" w:rsidR="006D6F86" w:rsidRPr="006D6F86" w:rsidRDefault="006D6F86" w:rsidP="006D6F86">
      <w:pPr>
        <w:spacing w:before="100" w:beforeAutospacing="1" w:after="100" w:afterAutospacing="1"/>
        <w:rPr>
          <w:rFonts w:ascii="Letter-join Plus 40" w:hAnsi="Letter-join Plus 40"/>
        </w:rPr>
      </w:pPr>
      <w:r w:rsidRPr="006D6F86">
        <w:rPr>
          <w:rFonts w:ascii="Letter-join Plus 40" w:hAnsi="Letter-join Plus 40"/>
        </w:rPr>
        <w:t>They will:</w:t>
      </w:r>
    </w:p>
    <w:p w14:paraId="729A0951" w14:textId="77777777" w:rsidR="006D6F86" w:rsidRPr="006D6F86" w:rsidRDefault="006D6F86" w:rsidP="006D6F86">
      <w:pPr>
        <w:numPr>
          <w:ilvl w:val="0"/>
          <w:numId w:val="11"/>
        </w:numPr>
        <w:spacing w:before="100" w:beforeAutospacing="1" w:after="100" w:afterAutospacing="1"/>
        <w:rPr>
          <w:rFonts w:ascii="Letter-join Plus 40" w:hAnsi="Letter-join Plus 40"/>
        </w:rPr>
      </w:pPr>
      <w:r w:rsidRPr="006D6F86">
        <w:rPr>
          <w:rFonts w:ascii="Letter-join Plus 40" w:hAnsi="Letter-join Plus 40"/>
        </w:rPr>
        <w:t xml:space="preserve">make responsible choices, even when no one is watching; </w:t>
      </w:r>
    </w:p>
    <w:p w14:paraId="1A645DFE" w14:textId="77777777" w:rsidR="006D6F86" w:rsidRPr="006D6F86" w:rsidRDefault="006D6F86" w:rsidP="006D6F86">
      <w:pPr>
        <w:numPr>
          <w:ilvl w:val="0"/>
          <w:numId w:val="11"/>
        </w:numPr>
        <w:spacing w:before="100" w:beforeAutospacing="1" w:after="100" w:afterAutospacing="1"/>
        <w:rPr>
          <w:rFonts w:ascii="Letter-join Plus 40" w:hAnsi="Letter-join Plus 40"/>
        </w:rPr>
      </w:pPr>
      <w:r w:rsidRPr="006D6F86">
        <w:rPr>
          <w:rFonts w:ascii="Letter-join Plus 40" w:hAnsi="Letter-join Plus 40"/>
        </w:rPr>
        <w:t xml:space="preserve">understand why laws exist and how they protect individuals and communities; </w:t>
      </w:r>
    </w:p>
    <w:p w14:paraId="17768C9A" w14:textId="77777777" w:rsidR="006D6F86" w:rsidRPr="006D6F86" w:rsidRDefault="006D6F86" w:rsidP="006D6F86">
      <w:pPr>
        <w:numPr>
          <w:ilvl w:val="0"/>
          <w:numId w:val="11"/>
        </w:numPr>
        <w:spacing w:before="100" w:beforeAutospacing="1" w:after="100" w:afterAutospacing="1"/>
        <w:rPr>
          <w:rFonts w:ascii="Letter-join Plus 40" w:hAnsi="Letter-join Plus 40"/>
        </w:rPr>
      </w:pPr>
      <w:r w:rsidRPr="006D6F86">
        <w:rPr>
          <w:rFonts w:ascii="Letter-join Plus 40" w:hAnsi="Letter-join Plus 40"/>
        </w:rPr>
        <w:t xml:space="preserve">recognise when situations are unsafe or unfair and know how to seek support; </w:t>
      </w:r>
    </w:p>
    <w:p w14:paraId="39FCB3AE" w14:textId="77777777" w:rsidR="006D6F86" w:rsidRPr="006D6F86" w:rsidRDefault="006D6F86" w:rsidP="006D6F86">
      <w:pPr>
        <w:numPr>
          <w:ilvl w:val="0"/>
          <w:numId w:val="11"/>
        </w:numPr>
        <w:spacing w:before="100" w:beforeAutospacing="1" w:after="100" w:afterAutospacing="1"/>
        <w:rPr>
          <w:rFonts w:ascii="Letter-join Plus 40" w:hAnsi="Letter-join Plus 40"/>
        </w:rPr>
      </w:pPr>
      <w:r w:rsidRPr="006D6F86">
        <w:rPr>
          <w:rFonts w:ascii="Letter-join Plus 40" w:hAnsi="Letter-join Plus 40"/>
        </w:rPr>
        <w:t>understand the role of organisations such as the police, emergency services and local authorities in keeping people safe.</w:t>
      </w:r>
    </w:p>
    <w:p w14:paraId="70E19D54" w14:textId="77777777" w:rsidR="006D6F86" w:rsidRDefault="006D6F86">
      <w:pPr>
        <w:rPr>
          <w:rFonts w:ascii="Letter-join Plus 40" w:eastAsiaTheme="majorEastAsia" w:hAnsi="Letter-join Plus 40" w:cs="Calibri"/>
          <w:color w:val="365F91" w:themeColor="accent1" w:themeShade="BF"/>
          <w:sz w:val="28"/>
          <w:szCs w:val="28"/>
        </w:rPr>
      </w:pPr>
      <w:r>
        <w:rPr>
          <w:rFonts w:ascii="Letter-join Plus 40" w:hAnsi="Letter-join Plus 40" w:cs="Calibri"/>
          <w:b/>
          <w:bCs/>
        </w:rPr>
        <w:br w:type="page"/>
      </w:r>
    </w:p>
    <w:p w14:paraId="61F958EC" w14:textId="7D66EEBC" w:rsidR="00DF5958" w:rsidRPr="006D6F86" w:rsidRDefault="00000000">
      <w:pPr>
        <w:pStyle w:val="Heading1"/>
        <w:rPr>
          <w:rFonts w:ascii="Letter-join Plus 40" w:hAnsi="Letter-join Plus 40" w:cs="Calibri"/>
          <w:b w:val="0"/>
          <w:bCs w:val="0"/>
        </w:rPr>
      </w:pPr>
      <w:r w:rsidRPr="006D6F86">
        <w:rPr>
          <w:rFonts w:ascii="Letter-join Plus 40" w:hAnsi="Letter-join Plus 40" w:cs="Calibri"/>
          <w:b w:val="0"/>
          <w:bCs w:val="0"/>
        </w:rPr>
        <w:lastRenderedPageBreak/>
        <w:t>Individual Liberty</w:t>
      </w:r>
    </w:p>
    <w:p w14:paraId="35D548D3" w14:textId="77777777" w:rsidR="00DF5958" w:rsidRPr="006D6F86" w:rsidRDefault="00000000">
      <w:pPr>
        <w:rPr>
          <w:rFonts w:ascii="Letter-join Plus 40" w:hAnsi="Letter-join Plus 40" w:cs="Calibri"/>
        </w:rPr>
      </w:pPr>
      <w:r w:rsidRPr="006D6F86">
        <w:rPr>
          <w:rFonts w:ascii="Letter-join Plus 40" w:hAnsi="Letter-join Plus 40" w:cs="Calibri"/>
        </w:rPr>
        <w:t>Children develop confidence, resilience and the ability to make informed, safe choices.</w:t>
      </w:r>
    </w:p>
    <w:p w14:paraId="5257A07E" w14:textId="77777777" w:rsidR="00DF5958" w:rsidRPr="006D6F86" w:rsidRDefault="00000000">
      <w:pPr>
        <w:pStyle w:val="Heading2"/>
        <w:rPr>
          <w:rFonts w:ascii="Letter-join Plus 40" w:hAnsi="Letter-join Plus 40" w:cs="Calibri"/>
          <w:b w:val="0"/>
          <w:bCs w:val="0"/>
        </w:rPr>
      </w:pPr>
      <w:r w:rsidRPr="006D6F86">
        <w:rPr>
          <w:rFonts w:ascii="Letter-join Plus 40" w:hAnsi="Letter-join Plus 40" w:cs="Calibri"/>
          <w:b w:val="0"/>
          <w:bCs w:val="0"/>
        </w:rPr>
        <w:t>Knowledge Progression</w:t>
      </w:r>
    </w:p>
    <w:tbl>
      <w:tblPr>
        <w:tblStyle w:val="TableGridLight"/>
        <w:tblW w:w="0" w:type="auto"/>
        <w:tblLook w:val="04A0" w:firstRow="1" w:lastRow="0" w:firstColumn="1" w:lastColumn="0" w:noHBand="0" w:noVBand="1"/>
      </w:tblPr>
      <w:tblGrid>
        <w:gridCol w:w="1149"/>
        <w:gridCol w:w="10861"/>
        <w:gridCol w:w="2380"/>
      </w:tblGrid>
      <w:tr w:rsidR="00AE1286" w14:paraId="54655DFE" w14:textId="77777777" w:rsidTr="00AE1286">
        <w:tc>
          <w:tcPr>
            <w:tcW w:w="0" w:type="auto"/>
            <w:hideMark/>
          </w:tcPr>
          <w:p w14:paraId="2D704B19" w14:textId="77777777" w:rsidR="00AE1286" w:rsidRPr="00AE1286" w:rsidRDefault="00AE1286">
            <w:pPr>
              <w:jc w:val="center"/>
              <w:rPr>
                <w:rFonts w:ascii="Letter-join Plus 40" w:hAnsi="Letter-join Plus 40"/>
                <w:b/>
                <w:bCs/>
              </w:rPr>
            </w:pPr>
            <w:r w:rsidRPr="00AE1286">
              <w:rPr>
                <w:rFonts w:ascii="Letter-join Plus 40" w:hAnsi="Letter-join Plus 40"/>
                <w:b/>
                <w:bCs/>
              </w:rPr>
              <w:t>Year Group</w:t>
            </w:r>
          </w:p>
        </w:tc>
        <w:tc>
          <w:tcPr>
            <w:tcW w:w="0" w:type="auto"/>
            <w:hideMark/>
          </w:tcPr>
          <w:p w14:paraId="47FDD081" w14:textId="77777777" w:rsidR="00AE1286" w:rsidRPr="00AE1286" w:rsidRDefault="00AE1286">
            <w:pPr>
              <w:jc w:val="center"/>
              <w:rPr>
                <w:rFonts w:ascii="Letter-join Plus 40" w:hAnsi="Letter-join Plus 40"/>
                <w:b/>
                <w:bCs/>
              </w:rPr>
            </w:pPr>
            <w:r w:rsidRPr="00AE1286">
              <w:rPr>
                <w:rFonts w:ascii="Letter-join Plus 40" w:hAnsi="Letter-join Plus 40"/>
                <w:b/>
                <w:bCs/>
              </w:rPr>
              <w:t>Knowledge &amp; Understanding</w:t>
            </w:r>
          </w:p>
        </w:tc>
        <w:tc>
          <w:tcPr>
            <w:tcW w:w="0" w:type="auto"/>
            <w:hideMark/>
          </w:tcPr>
          <w:p w14:paraId="6F34B735" w14:textId="77777777" w:rsidR="00AE1286" w:rsidRPr="00AE1286" w:rsidRDefault="00AE1286">
            <w:pPr>
              <w:jc w:val="center"/>
              <w:rPr>
                <w:rFonts w:ascii="Letter-join Plus 40" w:hAnsi="Letter-join Plus 40"/>
                <w:b/>
                <w:bCs/>
              </w:rPr>
            </w:pPr>
            <w:r w:rsidRPr="00AE1286">
              <w:rPr>
                <w:rFonts w:ascii="Letter-join Plus 40" w:hAnsi="Letter-join Plus 40"/>
                <w:b/>
                <w:bCs/>
              </w:rPr>
              <w:t>Key Vocabulary</w:t>
            </w:r>
          </w:p>
        </w:tc>
      </w:tr>
      <w:tr w:rsidR="00AE1286" w14:paraId="17A28F01" w14:textId="77777777" w:rsidTr="00AE1286">
        <w:tc>
          <w:tcPr>
            <w:tcW w:w="0" w:type="auto"/>
            <w:hideMark/>
          </w:tcPr>
          <w:p w14:paraId="4FD3CF23" w14:textId="77777777" w:rsidR="00AE1286" w:rsidRPr="00AE1286" w:rsidRDefault="00AE1286">
            <w:pPr>
              <w:rPr>
                <w:rFonts w:ascii="Letter-join Plus 40" w:hAnsi="Letter-join Plus 40"/>
              </w:rPr>
            </w:pPr>
            <w:r w:rsidRPr="00AE1286">
              <w:rPr>
                <w:rStyle w:val="Strong"/>
                <w:rFonts w:ascii="Letter-join Plus 40" w:hAnsi="Letter-join Plus 40"/>
              </w:rPr>
              <w:t>EYFS</w:t>
            </w:r>
          </w:p>
        </w:tc>
        <w:tc>
          <w:tcPr>
            <w:tcW w:w="0" w:type="auto"/>
            <w:hideMark/>
          </w:tcPr>
          <w:p w14:paraId="203B72F3" w14:textId="77777777" w:rsidR="00AE1286" w:rsidRDefault="00AE1286">
            <w:pPr>
              <w:rPr>
                <w:rFonts w:ascii="Letter-join Plus 40" w:hAnsi="Letter-join Plus 40"/>
              </w:rPr>
            </w:pPr>
            <w:r w:rsidRPr="00AE1286">
              <w:rPr>
                <w:rFonts w:ascii="Letter-join Plus 40" w:hAnsi="Letter-join Plus 40"/>
              </w:rPr>
              <w:t>• I know I am special and unique.</w:t>
            </w:r>
          </w:p>
          <w:p w14:paraId="06C9A16B" w14:textId="77777777" w:rsidR="00AE1286" w:rsidRDefault="00AE1286">
            <w:pPr>
              <w:rPr>
                <w:rFonts w:ascii="Letter-join Plus 40" w:hAnsi="Letter-join Plus 40"/>
              </w:rPr>
            </w:pPr>
            <w:r w:rsidRPr="00AE1286">
              <w:rPr>
                <w:rFonts w:ascii="Letter-join Plus 40" w:hAnsi="Letter-join Plus 40"/>
              </w:rPr>
              <w:t>• I know I can make simple choices and talk about my feelings.</w:t>
            </w:r>
          </w:p>
          <w:p w14:paraId="0BBE40D8" w14:textId="23B58C07" w:rsidR="00AE1286" w:rsidRPr="00AE1286" w:rsidRDefault="00AE1286">
            <w:pPr>
              <w:rPr>
                <w:rFonts w:ascii="Letter-join Plus 40" w:hAnsi="Letter-join Plus 40"/>
              </w:rPr>
            </w:pPr>
            <w:r w:rsidRPr="00AE1286">
              <w:rPr>
                <w:rFonts w:ascii="Letter-join Plus 40" w:hAnsi="Letter-join Plus 40"/>
              </w:rPr>
              <w:t>• I know I can ask trusted adults for help when I need it.</w:t>
            </w:r>
          </w:p>
        </w:tc>
        <w:tc>
          <w:tcPr>
            <w:tcW w:w="0" w:type="auto"/>
            <w:hideMark/>
          </w:tcPr>
          <w:p w14:paraId="1CCA4AC1" w14:textId="1ACE8C4F" w:rsidR="00AE1286" w:rsidRPr="00AE1286" w:rsidRDefault="00AE1286">
            <w:pPr>
              <w:rPr>
                <w:rFonts w:ascii="Letter-join Plus 40" w:hAnsi="Letter-join Plus 40"/>
              </w:rPr>
            </w:pPr>
            <w:r w:rsidRPr="00AE1286">
              <w:rPr>
                <w:rStyle w:val="Strong"/>
                <w:rFonts w:ascii="Letter-join Plus 40" w:hAnsi="Letter-join Plus 40"/>
              </w:rPr>
              <w:t>choice feelings</w:t>
            </w:r>
          </w:p>
        </w:tc>
      </w:tr>
      <w:tr w:rsidR="00AE1286" w14:paraId="16FA7307" w14:textId="77777777" w:rsidTr="00AE1286">
        <w:tc>
          <w:tcPr>
            <w:tcW w:w="0" w:type="auto"/>
            <w:hideMark/>
          </w:tcPr>
          <w:p w14:paraId="5254D861" w14:textId="77777777" w:rsidR="00AE1286" w:rsidRPr="00AE1286" w:rsidRDefault="00AE1286">
            <w:pPr>
              <w:rPr>
                <w:rFonts w:ascii="Letter-join Plus 40" w:hAnsi="Letter-join Plus 40"/>
              </w:rPr>
            </w:pPr>
            <w:r w:rsidRPr="00AE1286">
              <w:rPr>
                <w:rStyle w:val="Strong"/>
                <w:rFonts w:ascii="Letter-join Plus 40" w:hAnsi="Letter-join Plus 40"/>
              </w:rPr>
              <w:t>Year 1</w:t>
            </w:r>
          </w:p>
        </w:tc>
        <w:tc>
          <w:tcPr>
            <w:tcW w:w="0" w:type="auto"/>
            <w:hideMark/>
          </w:tcPr>
          <w:p w14:paraId="06D885EE" w14:textId="77777777" w:rsidR="00AE1286" w:rsidRDefault="00AE1286">
            <w:pPr>
              <w:rPr>
                <w:rFonts w:ascii="Letter-join Plus 40" w:hAnsi="Letter-join Plus 40"/>
              </w:rPr>
            </w:pPr>
            <w:r w:rsidRPr="00AE1286">
              <w:rPr>
                <w:rFonts w:ascii="Letter-join Plus 40" w:hAnsi="Letter-join Plus 40"/>
              </w:rPr>
              <w:t>• I know everyone is unique and should be treated with kindness and respect.</w:t>
            </w:r>
          </w:p>
          <w:p w14:paraId="210F52BA" w14:textId="77777777" w:rsidR="00AE1286" w:rsidRDefault="00AE1286">
            <w:pPr>
              <w:rPr>
                <w:rFonts w:ascii="Letter-join Plus 40" w:hAnsi="Letter-join Plus 40"/>
              </w:rPr>
            </w:pPr>
            <w:r w:rsidRPr="00AE1286">
              <w:rPr>
                <w:rFonts w:ascii="Letter-join Plus 40" w:hAnsi="Letter-join Plus 40"/>
              </w:rPr>
              <w:t>• I know I can make safe choices that help keep myself and others healthy.</w:t>
            </w:r>
          </w:p>
          <w:p w14:paraId="1BFDD1DD" w14:textId="3B96BE4D" w:rsidR="00AE1286" w:rsidRPr="00AE1286" w:rsidRDefault="00AE1286">
            <w:pPr>
              <w:rPr>
                <w:rFonts w:ascii="Letter-join Plus 40" w:hAnsi="Letter-join Plus 40"/>
              </w:rPr>
            </w:pPr>
            <w:r w:rsidRPr="00AE1286">
              <w:rPr>
                <w:rFonts w:ascii="Letter-join Plus 40" w:hAnsi="Letter-join Plus 40"/>
              </w:rPr>
              <w:t>• I know it is okay to express my thoughts, feelings and ideas.</w:t>
            </w:r>
          </w:p>
        </w:tc>
        <w:tc>
          <w:tcPr>
            <w:tcW w:w="0" w:type="auto"/>
            <w:hideMark/>
          </w:tcPr>
          <w:p w14:paraId="7368CFD7" w14:textId="799B8AC7" w:rsidR="00AE1286" w:rsidRPr="00AE1286" w:rsidRDefault="00AE1286">
            <w:pPr>
              <w:rPr>
                <w:rFonts w:ascii="Letter-join Plus 40" w:hAnsi="Letter-join Plus 40"/>
              </w:rPr>
            </w:pPr>
            <w:r w:rsidRPr="00AE1286">
              <w:rPr>
                <w:rStyle w:val="Strong"/>
                <w:rFonts w:ascii="Letter-join Plus 40" w:hAnsi="Letter-join Plus 40"/>
              </w:rPr>
              <w:t>unique respect</w:t>
            </w:r>
          </w:p>
        </w:tc>
      </w:tr>
      <w:tr w:rsidR="00AE1286" w14:paraId="48095A33" w14:textId="77777777" w:rsidTr="00AE1286">
        <w:tc>
          <w:tcPr>
            <w:tcW w:w="0" w:type="auto"/>
            <w:hideMark/>
          </w:tcPr>
          <w:p w14:paraId="211B9A0D" w14:textId="77777777" w:rsidR="00AE1286" w:rsidRPr="00AE1286" w:rsidRDefault="00AE1286">
            <w:pPr>
              <w:rPr>
                <w:rFonts w:ascii="Letter-join Plus 40" w:hAnsi="Letter-join Plus 40"/>
              </w:rPr>
            </w:pPr>
            <w:r w:rsidRPr="00AE1286">
              <w:rPr>
                <w:rStyle w:val="Strong"/>
                <w:rFonts w:ascii="Letter-join Plus 40" w:hAnsi="Letter-join Plus 40"/>
              </w:rPr>
              <w:t>Year 2</w:t>
            </w:r>
          </w:p>
        </w:tc>
        <w:tc>
          <w:tcPr>
            <w:tcW w:w="0" w:type="auto"/>
            <w:hideMark/>
          </w:tcPr>
          <w:p w14:paraId="73BBE9AC" w14:textId="77777777" w:rsidR="00AE1286" w:rsidRDefault="00AE1286">
            <w:pPr>
              <w:rPr>
                <w:rFonts w:ascii="Letter-join Plus 40" w:hAnsi="Letter-join Plus 40"/>
              </w:rPr>
            </w:pPr>
            <w:r w:rsidRPr="00AE1286">
              <w:rPr>
                <w:rFonts w:ascii="Letter-join Plus 40" w:hAnsi="Letter-join Plus 40"/>
              </w:rPr>
              <w:t>• I understand that my choices affect myself and others.</w:t>
            </w:r>
          </w:p>
          <w:p w14:paraId="27E88ADD" w14:textId="77777777" w:rsidR="00AE1286" w:rsidRDefault="00AE1286">
            <w:pPr>
              <w:rPr>
                <w:rFonts w:ascii="Letter-join Plus 40" w:hAnsi="Letter-join Plus 40"/>
              </w:rPr>
            </w:pPr>
            <w:r w:rsidRPr="00AE1286">
              <w:rPr>
                <w:rFonts w:ascii="Letter-join Plus 40" w:hAnsi="Letter-join Plus 40"/>
              </w:rPr>
              <w:t>• I know I have the right to feel safe and to ask for help.</w:t>
            </w:r>
          </w:p>
          <w:p w14:paraId="3AF1BBA4" w14:textId="0B005C7B" w:rsidR="00AE1286" w:rsidRPr="00AE1286" w:rsidRDefault="00AE1286">
            <w:pPr>
              <w:rPr>
                <w:rFonts w:ascii="Letter-join Plus 40" w:hAnsi="Letter-join Plus 40"/>
              </w:rPr>
            </w:pPr>
            <w:r w:rsidRPr="00AE1286">
              <w:rPr>
                <w:rFonts w:ascii="Letter-join Plus 40" w:hAnsi="Letter-join Plus 40"/>
              </w:rPr>
              <w:t>• I understand that being independent means making responsible choices.</w:t>
            </w:r>
          </w:p>
        </w:tc>
        <w:tc>
          <w:tcPr>
            <w:tcW w:w="0" w:type="auto"/>
            <w:hideMark/>
          </w:tcPr>
          <w:p w14:paraId="66B85107" w14:textId="23247A7E" w:rsidR="00AE1286" w:rsidRPr="00AE1286" w:rsidRDefault="00AE1286">
            <w:pPr>
              <w:rPr>
                <w:rFonts w:ascii="Letter-join Plus 40" w:hAnsi="Letter-join Plus 40"/>
              </w:rPr>
            </w:pPr>
            <w:r w:rsidRPr="00AE1286">
              <w:rPr>
                <w:rStyle w:val="Strong"/>
                <w:rFonts w:ascii="Letter-join Plus 40" w:hAnsi="Letter-join Plus 40"/>
              </w:rPr>
              <w:t>independence responsibility</w:t>
            </w:r>
          </w:p>
        </w:tc>
      </w:tr>
      <w:tr w:rsidR="00AE1286" w14:paraId="58EA5E48" w14:textId="77777777" w:rsidTr="00AE1286">
        <w:tc>
          <w:tcPr>
            <w:tcW w:w="0" w:type="auto"/>
            <w:hideMark/>
          </w:tcPr>
          <w:p w14:paraId="29D63C82" w14:textId="77777777" w:rsidR="00AE1286" w:rsidRPr="00AE1286" w:rsidRDefault="00AE1286">
            <w:pPr>
              <w:rPr>
                <w:rFonts w:ascii="Letter-join Plus 40" w:hAnsi="Letter-join Plus 40"/>
              </w:rPr>
            </w:pPr>
            <w:r w:rsidRPr="00AE1286">
              <w:rPr>
                <w:rStyle w:val="Strong"/>
                <w:rFonts w:ascii="Letter-join Plus 40" w:hAnsi="Letter-join Plus 40"/>
              </w:rPr>
              <w:t>Year 3</w:t>
            </w:r>
          </w:p>
        </w:tc>
        <w:tc>
          <w:tcPr>
            <w:tcW w:w="0" w:type="auto"/>
            <w:hideMark/>
          </w:tcPr>
          <w:p w14:paraId="45DD3CE0" w14:textId="77777777" w:rsidR="00AE1286" w:rsidRDefault="00AE1286">
            <w:pPr>
              <w:rPr>
                <w:rFonts w:ascii="Letter-join Plus 40" w:hAnsi="Letter-join Plus 40"/>
              </w:rPr>
            </w:pPr>
            <w:r w:rsidRPr="00AE1286">
              <w:rPr>
                <w:rFonts w:ascii="Letter-join Plus 40" w:hAnsi="Letter-join Plus 40"/>
              </w:rPr>
              <w:t>• I understand that everyone has the right to express themselves respectfully.</w:t>
            </w:r>
          </w:p>
          <w:p w14:paraId="545DD8EF" w14:textId="77777777" w:rsidR="00AE1286" w:rsidRDefault="00AE1286">
            <w:pPr>
              <w:rPr>
                <w:rFonts w:ascii="Letter-join Plus 40" w:hAnsi="Letter-join Plus 40"/>
              </w:rPr>
            </w:pPr>
            <w:r w:rsidRPr="00AE1286">
              <w:rPr>
                <w:rFonts w:ascii="Letter-join Plus 40" w:hAnsi="Letter-join Plus 40"/>
              </w:rPr>
              <w:t>• I know that freedom comes with responsibility.</w:t>
            </w:r>
          </w:p>
          <w:p w14:paraId="1ADC02DF" w14:textId="5375417A" w:rsidR="00AE1286" w:rsidRPr="00AE1286" w:rsidRDefault="00AE1286">
            <w:pPr>
              <w:rPr>
                <w:rFonts w:ascii="Letter-join Plus 40" w:hAnsi="Letter-join Plus 40"/>
              </w:rPr>
            </w:pPr>
            <w:r w:rsidRPr="00AE1286">
              <w:rPr>
                <w:rFonts w:ascii="Letter-join Plus 40" w:hAnsi="Letter-join Plus 40"/>
              </w:rPr>
              <w:t>• I understand how to make informed choices that keep me safe both online and offline.</w:t>
            </w:r>
          </w:p>
        </w:tc>
        <w:tc>
          <w:tcPr>
            <w:tcW w:w="0" w:type="auto"/>
            <w:hideMark/>
          </w:tcPr>
          <w:p w14:paraId="0566EEF8" w14:textId="12A9EBFD" w:rsidR="00AE1286" w:rsidRPr="00AE1286" w:rsidRDefault="00AE1286">
            <w:pPr>
              <w:rPr>
                <w:rFonts w:ascii="Letter-join Plus 40" w:hAnsi="Letter-join Plus 40"/>
              </w:rPr>
            </w:pPr>
            <w:r w:rsidRPr="00AE1286">
              <w:rPr>
                <w:rStyle w:val="Strong"/>
                <w:rFonts w:ascii="Letter-join Plus 40" w:hAnsi="Letter-join Plus 40"/>
              </w:rPr>
              <w:t>freedom responsibility</w:t>
            </w:r>
          </w:p>
        </w:tc>
      </w:tr>
      <w:tr w:rsidR="00AE1286" w14:paraId="1E5A94BD" w14:textId="77777777" w:rsidTr="00AE1286">
        <w:tc>
          <w:tcPr>
            <w:tcW w:w="0" w:type="auto"/>
            <w:hideMark/>
          </w:tcPr>
          <w:p w14:paraId="322FE738" w14:textId="77777777" w:rsidR="00AE1286" w:rsidRPr="00AE1286" w:rsidRDefault="00AE1286">
            <w:pPr>
              <w:rPr>
                <w:rFonts w:ascii="Letter-join Plus 40" w:hAnsi="Letter-join Plus 40"/>
              </w:rPr>
            </w:pPr>
            <w:r w:rsidRPr="00AE1286">
              <w:rPr>
                <w:rStyle w:val="Strong"/>
                <w:rFonts w:ascii="Letter-join Plus 40" w:hAnsi="Letter-join Plus 40"/>
              </w:rPr>
              <w:t>Year 4</w:t>
            </w:r>
          </w:p>
        </w:tc>
        <w:tc>
          <w:tcPr>
            <w:tcW w:w="0" w:type="auto"/>
            <w:hideMark/>
          </w:tcPr>
          <w:p w14:paraId="64C63374" w14:textId="77777777" w:rsidR="00AE1286" w:rsidRDefault="00AE1286">
            <w:pPr>
              <w:rPr>
                <w:rFonts w:ascii="Letter-join Plus 40" w:hAnsi="Letter-join Plus 40"/>
              </w:rPr>
            </w:pPr>
            <w:r w:rsidRPr="00AE1286">
              <w:rPr>
                <w:rFonts w:ascii="Letter-join Plus 40" w:hAnsi="Letter-join Plus 40"/>
              </w:rPr>
              <w:t>• I understand that people have different opinions, beliefs and lifestyles which should be respected.</w:t>
            </w:r>
          </w:p>
          <w:p w14:paraId="7288451A" w14:textId="77777777" w:rsidR="00AE1286" w:rsidRDefault="00AE1286">
            <w:pPr>
              <w:rPr>
                <w:rFonts w:ascii="Letter-join Plus 40" w:hAnsi="Letter-join Plus 40"/>
              </w:rPr>
            </w:pPr>
            <w:r w:rsidRPr="00AE1286">
              <w:rPr>
                <w:rFonts w:ascii="Letter-join Plus 40" w:hAnsi="Letter-join Plus 40"/>
              </w:rPr>
              <w:t>• I know that making healthy choices supports my physical and emotional wellbeing.</w:t>
            </w:r>
          </w:p>
          <w:p w14:paraId="72C61ADE" w14:textId="22B0C528" w:rsidR="00AE1286" w:rsidRPr="00AE1286" w:rsidRDefault="00AE1286">
            <w:pPr>
              <w:rPr>
                <w:rFonts w:ascii="Letter-join Plus 40" w:hAnsi="Letter-join Plus 40"/>
              </w:rPr>
            </w:pPr>
            <w:r w:rsidRPr="00AE1286">
              <w:rPr>
                <w:rFonts w:ascii="Letter-join Plus 40" w:hAnsi="Letter-join Plus 40"/>
              </w:rPr>
              <w:t>• I understand that resilience helps me overcome challenges and setbacks.</w:t>
            </w:r>
          </w:p>
        </w:tc>
        <w:tc>
          <w:tcPr>
            <w:tcW w:w="0" w:type="auto"/>
            <w:hideMark/>
          </w:tcPr>
          <w:p w14:paraId="3501BA73" w14:textId="28F655C6" w:rsidR="00AE1286" w:rsidRPr="00AE1286" w:rsidRDefault="00AE1286">
            <w:pPr>
              <w:rPr>
                <w:rFonts w:ascii="Letter-join Plus 40" w:hAnsi="Letter-join Plus 40"/>
              </w:rPr>
            </w:pPr>
            <w:r w:rsidRPr="00AE1286">
              <w:rPr>
                <w:rStyle w:val="Strong"/>
                <w:rFonts w:ascii="Letter-join Plus 40" w:hAnsi="Letter-join Plus 40"/>
              </w:rPr>
              <w:t>resilience wellbeing</w:t>
            </w:r>
          </w:p>
        </w:tc>
      </w:tr>
      <w:tr w:rsidR="00AE1286" w14:paraId="6E33B7B3" w14:textId="77777777" w:rsidTr="00AE1286">
        <w:tc>
          <w:tcPr>
            <w:tcW w:w="0" w:type="auto"/>
            <w:hideMark/>
          </w:tcPr>
          <w:p w14:paraId="1408CAAA" w14:textId="77777777" w:rsidR="00AE1286" w:rsidRPr="00AE1286" w:rsidRDefault="00AE1286">
            <w:pPr>
              <w:rPr>
                <w:rFonts w:ascii="Letter-join Plus 40" w:hAnsi="Letter-join Plus 40"/>
              </w:rPr>
            </w:pPr>
            <w:r w:rsidRPr="00AE1286">
              <w:rPr>
                <w:rStyle w:val="Strong"/>
                <w:rFonts w:ascii="Letter-join Plus 40" w:hAnsi="Letter-join Plus 40"/>
              </w:rPr>
              <w:t>Year 5</w:t>
            </w:r>
          </w:p>
        </w:tc>
        <w:tc>
          <w:tcPr>
            <w:tcW w:w="0" w:type="auto"/>
            <w:hideMark/>
          </w:tcPr>
          <w:p w14:paraId="747B3861" w14:textId="77777777" w:rsidR="00AE1286" w:rsidRDefault="00AE1286">
            <w:pPr>
              <w:rPr>
                <w:rFonts w:ascii="Letter-join Plus 40" w:hAnsi="Letter-join Plus 40"/>
              </w:rPr>
            </w:pPr>
            <w:r w:rsidRPr="00AE1286">
              <w:rPr>
                <w:rFonts w:ascii="Letter-join Plus 40" w:hAnsi="Letter-join Plus 40"/>
              </w:rPr>
              <w:t>• I understand that individual liberty includes the right to make choices whilst respecting the rights of others.</w:t>
            </w:r>
          </w:p>
          <w:p w14:paraId="3F633F9C" w14:textId="77777777" w:rsidR="00AE1286" w:rsidRDefault="00AE1286">
            <w:pPr>
              <w:rPr>
                <w:rFonts w:ascii="Letter-join Plus 40" w:hAnsi="Letter-join Plus 40"/>
              </w:rPr>
            </w:pPr>
            <w:r w:rsidRPr="00AE1286">
              <w:rPr>
                <w:rFonts w:ascii="Letter-join Plus 40" w:hAnsi="Letter-join Plus 40"/>
              </w:rPr>
              <w:t>• I know how to recognise and respond to peer pressure and influences</w:t>
            </w:r>
          </w:p>
          <w:p w14:paraId="3053917C" w14:textId="362EE064" w:rsidR="00AE1286" w:rsidRPr="00AE1286" w:rsidRDefault="00AE1286">
            <w:pPr>
              <w:rPr>
                <w:rFonts w:ascii="Letter-join Plus 40" w:hAnsi="Letter-join Plus 40"/>
              </w:rPr>
            </w:pPr>
            <w:r w:rsidRPr="00AE1286">
              <w:rPr>
                <w:rFonts w:ascii="Letter-join Plus 40" w:hAnsi="Letter-join Plus 40"/>
              </w:rPr>
              <w:t>.• I understand that everyone has the right to be themselves and to feel valued.</w:t>
            </w:r>
          </w:p>
        </w:tc>
        <w:tc>
          <w:tcPr>
            <w:tcW w:w="0" w:type="auto"/>
            <w:hideMark/>
          </w:tcPr>
          <w:p w14:paraId="1100FE98" w14:textId="7E78025B" w:rsidR="00AE1286" w:rsidRPr="00AE1286" w:rsidRDefault="00AE1286">
            <w:pPr>
              <w:rPr>
                <w:rFonts w:ascii="Letter-join Plus 40" w:hAnsi="Letter-join Plus 40"/>
              </w:rPr>
            </w:pPr>
            <w:r w:rsidRPr="00AE1286">
              <w:rPr>
                <w:rStyle w:val="Strong"/>
                <w:rFonts w:ascii="Letter-join Plus 40" w:hAnsi="Letter-join Plus 40"/>
              </w:rPr>
              <w:t>peer pressure identity</w:t>
            </w:r>
          </w:p>
        </w:tc>
      </w:tr>
      <w:tr w:rsidR="00AE1286" w14:paraId="6EF749BC" w14:textId="77777777" w:rsidTr="00AE1286">
        <w:tc>
          <w:tcPr>
            <w:tcW w:w="0" w:type="auto"/>
            <w:hideMark/>
          </w:tcPr>
          <w:p w14:paraId="511B4DDB" w14:textId="77777777" w:rsidR="00AE1286" w:rsidRPr="00AE1286" w:rsidRDefault="00AE1286">
            <w:pPr>
              <w:rPr>
                <w:rFonts w:ascii="Letter-join Plus 40" w:hAnsi="Letter-join Plus 40"/>
              </w:rPr>
            </w:pPr>
            <w:r w:rsidRPr="00AE1286">
              <w:rPr>
                <w:rStyle w:val="Strong"/>
                <w:rFonts w:ascii="Letter-join Plus 40" w:hAnsi="Letter-join Plus 40"/>
              </w:rPr>
              <w:t>Year 6</w:t>
            </w:r>
          </w:p>
        </w:tc>
        <w:tc>
          <w:tcPr>
            <w:tcW w:w="0" w:type="auto"/>
            <w:hideMark/>
          </w:tcPr>
          <w:p w14:paraId="6174F1DB" w14:textId="77777777" w:rsidR="00AE1286" w:rsidRDefault="00AE1286">
            <w:pPr>
              <w:rPr>
                <w:rFonts w:ascii="Letter-join Plus 40" w:hAnsi="Letter-join Plus 40"/>
              </w:rPr>
            </w:pPr>
            <w:r w:rsidRPr="00AE1286">
              <w:rPr>
                <w:rFonts w:ascii="Letter-join Plus 40" w:hAnsi="Letter-join Plus 40"/>
              </w:rPr>
              <w:t>• I understand that rights and freedoms are balanced by responsibilities towards others.</w:t>
            </w:r>
          </w:p>
          <w:p w14:paraId="7128D54B" w14:textId="77777777" w:rsidR="00AE1286" w:rsidRDefault="00AE1286">
            <w:pPr>
              <w:rPr>
                <w:rFonts w:ascii="Letter-join Plus 40" w:hAnsi="Letter-join Plus 40"/>
              </w:rPr>
            </w:pPr>
            <w:r w:rsidRPr="00AE1286">
              <w:rPr>
                <w:rFonts w:ascii="Letter-join Plus 40" w:hAnsi="Letter-join Plus 40"/>
              </w:rPr>
              <w:t>• I know how to make informed decisions that protect my physical, emotional and online safety.</w:t>
            </w:r>
          </w:p>
          <w:p w14:paraId="1F869FC1" w14:textId="08D037FF" w:rsidR="00AE1286" w:rsidRPr="00AE1286" w:rsidRDefault="00AE1286">
            <w:pPr>
              <w:rPr>
                <w:rFonts w:ascii="Letter-join Plus 40" w:hAnsi="Letter-join Plus 40"/>
              </w:rPr>
            </w:pPr>
            <w:r w:rsidRPr="00AE1286">
              <w:rPr>
                <w:rFonts w:ascii="Letter-join Plus 40" w:hAnsi="Letter-join Plus 40"/>
              </w:rPr>
              <w:t xml:space="preserve">• </w:t>
            </w:r>
            <w:r>
              <w:rPr>
                <w:rFonts w:ascii="Letter-join Plus 40" w:hAnsi="Letter-join Plus 40"/>
              </w:rPr>
              <w:t>I</w:t>
            </w:r>
            <w:r w:rsidRPr="00AE1286">
              <w:rPr>
                <w:rFonts w:ascii="Letter-join Plus 40" w:hAnsi="Letter-join Plus 40"/>
              </w:rPr>
              <w:t xml:space="preserve"> understand that being a responsible citizen means respecting the choices, identities and freedoms of others whilst making positive contributions to my community.</w:t>
            </w:r>
          </w:p>
        </w:tc>
        <w:tc>
          <w:tcPr>
            <w:tcW w:w="0" w:type="auto"/>
            <w:hideMark/>
          </w:tcPr>
          <w:p w14:paraId="0AAB76C0" w14:textId="3A8D223F" w:rsidR="00AE1286" w:rsidRPr="00AE1286" w:rsidRDefault="00AE1286">
            <w:pPr>
              <w:rPr>
                <w:rFonts w:ascii="Letter-join Plus 40" w:hAnsi="Letter-join Plus 40"/>
              </w:rPr>
            </w:pPr>
            <w:r w:rsidRPr="00AE1286">
              <w:rPr>
                <w:rStyle w:val="Strong"/>
                <w:rFonts w:ascii="Letter-join Plus 40" w:hAnsi="Letter-join Plus 40"/>
              </w:rPr>
              <w:t>Rights liberty</w:t>
            </w:r>
          </w:p>
        </w:tc>
      </w:tr>
    </w:tbl>
    <w:p w14:paraId="465AA8F7" w14:textId="77777777" w:rsidR="00DF5958" w:rsidRPr="006D6F86" w:rsidRDefault="00000000">
      <w:pPr>
        <w:pStyle w:val="Heading2"/>
        <w:rPr>
          <w:rFonts w:ascii="Letter-join Plus 40" w:hAnsi="Letter-join Plus 40" w:cs="Calibri"/>
          <w:b w:val="0"/>
          <w:bCs w:val="0"/>
        </w:rPr>
      </w:pPr>
      <w:r w:rsidRPr="006D6F86">
        <w:rPr>
          <w:rFonts w:ascii="Letter-join Plus 40" w:hAnsi="Letter-join Plus 40" w:cs="Calibri"/>
          <w:b w:val="0"/>
          <w:bCs w:val="0"/>
        </w:rPr>
        <w:t>How this value is developed at Parklands</w:t>
      </w:r>
    </w:p>
    <w:tbl>
      <w:tblPr>
        <w:tblStyle w:val="TableGridLight"/>
        <w:tblW w:w="0" w:type="auto"/>
        <w:tblLook w:val="04A0" w:firstRow="1" w:lastRow="0" w:firstColumn="1" w:lastColumn="0" w:noHBand="0" w:noVBand="1"/>
      </w:tblPr>
      <w:tblGrid>
        <w:gridCol w:w="4798"/>
        <w:gridCol w:w="4800"/>
        <w:gridCol w:w="4792"/>
      </w:tblGrid>
      <w:tr w:rsidR="003C5765" w14:paraId="219C170C" w14:textId="77777777" w:rsidTr="00AE1286">
        <w:tc>
          <w:tcPr>
            <w:tcW w:w="4872" w:type="dxa"/>
          </w:tcPr>
          <w:p w14:paraId="11E19C5A" w14:textId="26B2E7E6" w:rsidR="003C5765" w:rsidRPr="006D6F86" w:rsidRDefault="003C5765" w:rsidP="001B7076">
            <w:pPr>
              <w:spacing w:before="100" w:beforeAutospacing="1" w:after="100" w:afterAutospacing="1"/>
              <w:jc w:val="center"/>
              <w:rPr>
                <w:rFonts w:ascii="Letter-join Plus 40" w:hAnsi="Letter-join Plus 40"/>
                <w:color w:val="4F81BD" w:themeColor="accent1"/>
              </w:rPr>
            </w:pPr>
            <w:r>
              <w:rPr>
                <w:rFonts w:ascii="Letter-join Plus 40" w:hAnsi="Letter-join Plus 40"/>
                <w:color w:val="4F81BD" w:themeColor="accent1"/>
              </w:rPr>
              <w:t>Wellbeing</w:t>
            </w:r>
          </w:p>
        </w:tc>
        <w:tc>
          <w:tcPr>
            <w:tcW w:w="4872" w:type="dxa"/>
          </w:tcPr>
          <w:p w14:paraId="1737F679" w14:textId="72C82AA5" w:rsidR="003C5765" w:rsidRPr="006D6F86" w:rsidRDefault="003C5765" w:rsidP="001B7076">
            <w:pPr>
              <w:spacing w:before="100" w:beforeAutospacing="1" w:after="100" w:afterAutospacing="1"/>
              <w:jc w:val="center"/>
              <w:rPr>
                <w:rFonts w:ascii="Letter-join Plus 40" w:hAnsi="Letter-join Plus 40"/>
                <w:color w:val="4F81BD" w:themeColor="accent1"/>
              </w:rPr>
            </w:pPr>
            <w:r>
              <w:rPr>
                <w:rFonts w:ascii="Letter-join Plus 40" w:hAnsi="Letter-join Plus 40"/>
                <w:color w:val="4F81BD" w:themeColor="accent1"/>
              </w:rPr>
              <w:t>Leadership</w:t>
            </w:r>
          </w:p>
        </w:tc>
        <w:tc>
          <w:tcPr>
            <w:tcW w:w="4872" w:type="dxa"/>
          </w:tcPr>
          <w:p w14:paraId="58F74843" w14:textId="5943C041" w:rsidR="003C5765" w:rsidRPr="006D6F86" w:rsidRDefault="003C5765" w:rsidP="001B7076">
            <w:pPr>
              <w:spacing w:before="100" w:beforeAutospacing="1" w:after="100" w:afterAutospacing="1"/>
              <w:jc w:val="center"/>
              <w:rPr>
                <w:rFonts w:ascii="Letter-join Plus 40" w:hAnsi="Letter-join Plus 40"/>
                <w:color w:val="4F81BD" w:themeColor="accent1"/>
              </w:rPr>
            </w:pPr>
            <w:r>
              <w:rPr>
                <w:rFonts w:ascii="Letter-join Plus 40" w:hAnsi="Letter-join Plus 40"/>
                <w:color w:val="4F81BD" w:themeColor="accent1"/>
              </w:rPr>
              <w:t>Personal Development</w:t>
            </w:r>
          </w:p>
        </w:tc>
      </w:tr>
      <w:tr w:rsidR="003C5765" w14:paraId="36CE62BF" w14:textId="77777777" w:rsidTr="00AE1286">
        <w:tc>
          <w:tcPr>
            <w:tcW w:w="4872" w:type="dxa"/>
          </w:tcPr>
          <w:p w14:paraId="3887F292" w14:textId="77777777"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  Good Morning Club </w:t>
            </w:r>
          </w:p>
          <w:p w14:paraId="5271A28E" w14:textId="77777777"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  Mindful Monday </w:t>
            </w:r>
          </w:p>
          <w:p w14:paraId="6F74D311" w14:textId="698D90BB"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  </w:t>
            </w:r>
            <w:proofErr w:type="spellStart"/>
            <w:r w:rsidRPr="003C5765">
              <w:rPr>
                <w:rFonts w:ascii="Letter-join Plus 40" w:hAnsi="Letter-join Plus 40"/>
              </w:rPr>
              <w:t>MindMate</w:t>
            </w:r>
            <w:proofErr w:type="spellEnd"/>
            <w:r w:rsidRPr="003C5765">
              <w:rPr>
                <w:rFonts w:ascii="Letter-join Plus 40" w:hAnsi="Letter-join Plus 40"/>
              </w:rPr>
              <w:t xml:space="preserve"> </w:t>
            </w:r>
            <w:r>
              <w:rPr>
                <w:rFonts w:ascii="Letter-join Plus 40" w:hAnsi="Letter-join Plus 40"/>
              </w:rPr>
              <w:t>Ambassadors</w:t>
            </w:r>
          </w:p>
          <w:p w14:paraId="5611661D" w14:textId="06214BED" w:rsidR="003C5765" w:rsidRPr="006D6F86"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Nurture support</w:t>
            </w:r>
          </w:p>
        </w:tc>
        <w:tc>
          <w:tcPr>
            <w:tcW w:w="4872" w:type="dxa"/>
          </w:tcPr>
          <w:p w14:paraId="77500E91" w14:textId="11799803" w:rsidR="003C5765" w:rsidRPr="003C5765" w:rsidRDefault="003C5765" w:rsidP="003C5765">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 </w:t>
            </w:r>
            <w:r w:rsidRPr="003C5765">
              <w:rPr>
                <w:rFonts w:ascii="Letter-join Plus 40" w:hAnsi="Letter-join Plus 40"/>
              </w:rPr>
              <w:t xml:space="preserve">Ambassadors </w:t>
            </w:r>
          </w:p>
          <w:p w14:paraId="554BB6BA" w14:textId="0F5BE864"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Budd</w:t>
            </w:r>
            <w:r>
              <w:rPr>
                <w:rFonts w:ascii="Letter-join Plus 40" w:hAnsi="Letter-join Plus 40"/>
              </w:rPr>
              <w:t>y systems</w:t>
            </w:r>
          </w:p>
          <w:p w14:paraId="7561DF3B" w14:textId="19089DBB" w:rsidR="003C5765" w:rsidRPr="006D6F86"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School Counci</w:t>
            </w:r>
            <w:r>
              <w:rPr>
                <w:rFonts w:ascii="Letter-join Plus 40" w:hAnsi="Letter-join Plus 40"/>
              </w:rPr>
              <w:t>l</w:t>
            </w:r>
          </w:p>
        </w:tc>
        <w:tc>
          <w:tcPr>
            <w:tcW w:w="4872" w:type="dxa"/>
          </w:tcPr>
          <w:p w14:paraId="10206290" w14:textId="77777777"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My Healthy Self </w:t>
            </w:r>
          </w:p>
          <w:p w14:paraId="4571F62B" w14:textId="77777777"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Online World </w:t>
            </w:r>
          </w:p>
          <w:p w14:paraId="3FFDB0E1" w14:textId="77777777"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RSE </w:t>
            </w:r>
          </w:p>
          <w:p w14:paraId="027778BD" w14:textId="77777777"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Aspirations </w:t>
            </w:r>
          </w:p>
          <w:p w14:paraId="72D6D5A0" w14:textId="3AF2A7E9"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Careers Fair </w:t>
            </w:r>
          </w:p>
        </w:tc>
      </w:tr>
    </w:tbl>
    <w:p w14:paraId="2F274DD4" w14:textId="77777777" w:rsidR="003C5765" w:rsidRDefault="003C5765">
      <w:pPr>
        <w:pStyle w:val="Heading2"/>
        <w:rPr>
          <w:rFonts w:ascii="Letter-join Plus 40" w:hAnsi="Letter-join Plus 40" w:cs="Calibri"/>
          <w:b w:val="0"/>
          <w:bCs w:val="0"/>
        </w:rPr>
      </w:pPr>
    </w:p>
    <w:p w14:paraId="4781AFBA" w14:textId="427F77E4" w:rsidR="00DF5958" w:rsidRPr="006D6F86" w:rsidRDefault="00000000">
      <w:pPr>
        <w:pStyle w:val="Heading2"/>
        <w:rPr>
          <w:rFonts w:ascii="Letter-join Plus 40" w:hAnsi="Letter-join Plus 40" w:cs="Calibri"/>
          <w:b w:val="0"/>
          <w:bCs w:val="0"/>
        </w:rPr>
      </w:pPr>
      <w:r w:rsidRPr="006D6F86">
        <w:rPr>
          <w:rFonts w:ascii="Letter-join Plus 40" w:hAnsi="Letter-join Plus 40" w:cs="Calibri"/>
          <w:b w:val="0"/>
          <w:bCs w:val="0"/>
        </w:rPr>
        <w:t>By the end of Year 6, a Parklands pupil will…</w:t>
      </w:r>
    </w:p>
    <w:p w14:paraId="6E34C58C" w14:textId="77777777" w:rsidR="006D6F86" w:rsidRPr="006D6F86" w:rsidRDefault="006D6F86" w:rsidP="006D6F86">
      <w:pPr>
        <w:spacing w:before="100" w:beforeAutospacing="1" w:after="100" w:afterAutospacing="1"/>
        <w:rPr>
          <w:rFonts w:ascii="Letter-join Plus 40" w:hAnsi="Letter-join Plus 40"/>
        </w:rPr>
      </w:pPr>
      <w:r w:rsidRPr="006D6F86">
        <w:rPr>
          <w:rFonts w:ascii="Letter-join Plus 40" w:hAnsi="Letter-join Plus 40"/>
        </w:rPr>
        <w:t>A Parklands pupil will value their own individuality whilst recognising that freedom comes with responsibility.</w:t>
      </w:r>
    </w:p>
    <w:p w14:paraId="798B7043" w14:textId="77777777" w:rsidR="006D6F86" w:rsidRPr="006D6F86" w:rsidRDefault="006D6F86" w:rsidP="006D6F86">
      <w:pPr>
        <w:spacing w:before="100" w:beforeAutospacing="1" w:after="100" w:afterAutospacing="1"/>
        <w:rPr>
          <w:rFonts w:ascii="Letter-join Plus 40" w:hAnsi="Letter-join Plus 40"/>
        </w:rPr>
      </w:pPr>
      <w:r w:rsidRPr="006D6F86">
        <w:rPr>
          <w:rFonts w:ascii="Letter-join Plus 40" w:hAnsi="Letter-join Plus 40"/>
        </w:rPr>
        <w:t>They will:</w:t>
      </w:r>
    </w:p>
    <w:p w14:paraId="755EA376" w14:textId="77777777" w:rsidR="006D6F86" w:rsidRPr="006D6F86" w:rsidRDefault="006D6F86" w:rsidP="006D6F86">
      <w:pPr>
        <w:numPr>
          <w:ilvl w:val="0"/>
          <w:numId w:val="12"/>
        </w:numPr>
        <w:spacing w:before="100" w:beforeAutospacing="1" w:after="100" w:afterAutospacing="1"/>
        <w:rPr>
          <w:rFonts w:ascii="Letter-join Plus 40" w:hAnsi="Letter-join Plus 40"/>
        </w:rPr>
      </w:pPr>
      <w:r w:rsidRPr="006D6F86">
        <w:rPr>
          <w:rFonts w:ascii="Letter-join Plus 40" w:hAnsi="Letter-join Plus 40"/>
        </w:rPr>
        <w:t xml:space="preserve">make informed and safe choices both online and offline; </w:t>
      </w:r>
    </w:p>
    <w:p w14:paraId="4AB1E013" w14:textId="77777777" w:rsidR="006D6F86" w:rsidRPr="006D6F86" w:rsidRDefault="006D6F86" w:rsidP="006D6F86">
      <w:pPr>
        <w:numPr>
          <w:ilvl w:val="0"/>
          <w:numId w:val="12"/>
        </w:numPr>
        <w:spacing w:before="100" w:beforeAutospacing="1" w:after="100" w:afterAutospacing="1"/>
        <w:rPr>
          <w:rFonts w:ascii="Letter-join Plus 40" w:hAnsi="Letter-join Plus 40"/>
        </w:rPr>
      </w:pPr>
      <w:r w:rsidRPr="006D6F86">
        <w:rPr>
          <w:rFonts w:ascii="Letter-join Plus 40" w:hAnsi="Letter-join Plus 40"/>
        </w:rPr>
        <w:t xml:space="preserve">demonstrate resilience, independence and self-confidence; </w:t>
      </w:r>
    </w:p>
    <w:p w14:paraId="24EE1CA2" w14:textId="77777777" w:rsidR="006D6F86" w:rsidRPr="006D6F86" w:rsidRDefault="006D6F86" w:rsidP="006D6F86">
      <w:pPr>
        <w:numPr>
          <w:ilvl w:val="0"/>
          <w:numId w:val="12"/>
        </w:numPr>
        <w:spacing w:before="100" w:beforeAutospacing="1" w:after="100" w:afterAutospacing="1"/>
        <w:rPr>
          <w:rFonts w:ascii="Letter-join Plus 40" w:hAnsi="Letter-join Plus 40"/>
        </w:rPr>
      </w:pPr>
      <w:r w:rsidRPr="006D6F86">
        <w:rPr>
          <w:rFonts w:ascii="Letter-join Plus 40" w:hAnsi="Letter-join Plus 40"/>
        </w:rPr>
        <w:t xml:space="preserve">celebrate their own strengths whilst respecting the choices and identities of others; </w:t>
      </w:r>
    </w:p>
    <w:p w14:paraId="75EDA623" w14:textId="7ECB5CB8" w:rsidR="00DF5958" w:rsidRPr="006D6F86" w:rsidRDefault="006D6F86" w:rsidP="006D6F86">
      <w:pPr>
        <w:numPr>
          <w:ilvl w:val="0"/>
          <w:numId w:val="12"/>
        </w:numPr>
        <w:spacing w:before="100" w:beforeAutospacing="1" w:after="100" w:afterAutospacing="1"/>
      </w:pPr>
      <w:r w:rsidRPr="006D6F86">
        <w:rPr>
          <w:rFonts w:ascii="Letter-join Plus 40" w:hAnsi="Letter-join Plus 40"/>
        </w:rPr>
        <w:t>know how to keep themselves physically and emotionally safe and where to seek help when needed.</w:t>
      </w:r>
      <w:r w:rsidRPr="006D6F86">
        <w:t xml:space="preserve"> </w:t>
      </w:r>
      <w:r w:rsidRPr="006D6F86">
        <w:rPr>
          <w:rFonts w:ascii="Letter-join Plus 40" w:hAnsi="Letter-join Plus 40" w:cs="Calibri"/>
        </w:rPr>
        <w:t>.</w:t>
      </w:r>
    </w:p>
    <w:p w14:paraId="2CDE92BD" w14:textId="77777777" w:rsidR="003C5765" w:rsidRDefault="003C5765">
      <w:pPr>
        <w:rPr>
          <w:rFonts w:ascii="Letter-join Plus 40" w:eastAsiaTheme="majorEastAsia" w:hAnsi="Letter-join Plus 40" w:cs="Calibri"/>
          <w:color w:val="365F91" w:themeColor="accent1" w:themeShade="BF"/>
          <w:sz w:val="28"/>
          <w:szCs w:val="28"/>
        </w:rPr>
      </w:pPr>
      <w:r>
        <w:rPr>
          <w:rFonts w:ascii="Letter-join Plus 40" w:hAnsi="Letter-join Plus 40" w:cs="Calibri"/>
          <w:b/>
          <w:bCs/>
        </w:rPr>
        <w:br w:type="page"/>
      </w:r>
    </w:p>
    <w:p w14:paraId="390B7A43" w14:textId="7A97CE9F" w:rsidR="00DF5958" w:rsidRPr="006D6F86" w:rsidRDefault="00000000">
      <w:pPr>
        <w:pStyle w:val="Heading1"/>
        <w:rPr>
          <w:rFonts w:ascii="Letter-join Plus 40" w:hAnsi="Letter-join Plus 40" w:cs="Calibri"/>
          <w:b w:val="0"/>
          <w:bCs w:val="0"/>
        </w:rPr>
      </w:pPr>
      <w:r w:rsidRPr="006D6F86">
        <w:rPr>
          <w:rFonts w:ascii="Letter-join Plus 40" w:hAnsi="Letter-join Plus 40" w:cs="Calibri"/>
          <w:b w:val="0"/>
          <w:bCs w:val="0"/>
        </w:rPr>
        <w:lastRenderedPageBreak/>
        <w:t>Mutual Respect</w:t>
      </w:r>
    </w:p>
    <w:p w14:paraId="085E2540" w14:textId="77777777" w:rsidR="00DF5958" w:rsidRPr="006D6F86" w:rsidRDefault="00000000">
      <w:pPr>
        <w:rPr>
          <w:rFonts w:ascii="Letter-join Plus 40" w:hAnsi="Letter-join Plus 40" w:cs="Calibri"/>
        </w:rPr>
      </w:pPr>
      <w:r w:rsidRPr="006D6F86">
        <w:rPr>
          <w:rFonts w:ascii="Letter-join Plus 40" w:hAnsi="Letter-join Plus 40" w:cs="Calibri"/>
        </w:rPr>
        <w:t>Children learn to value themselves and others, building positive relationships.</w:t>
      </w:r>
    </w:p>
    <w:p w14:paraId="1EC7B19D" w14:textId="77777777" w:rsidR="00DF5958" w:rsidRPr="006D6F86" w:rsidRDefault="00000000">
      <w:pPr>
        <w:pStyle w:val="Heading2"/>
        <w:rPr>
          <w:rFonts w:ascii="Letter-join Plus 40" w:hAnsi="Letter-join Plus 40" w:cs="Calibri"/>
          <w:b w:val="0"/>
          <w:bCs w:val="0"/>
        </w:rPr>
      </w:pPr>
      <w:r w:rsidRPr="006D6F86">
        <w:rPr>
          <w:rFonts w:ascii="Letter-join Plus 40" w:hAnsi="Letter-join Plus 40" w:cs="Calibri"/>
          <w:b w:val="0"/>
          <w:bCs w:val="0"/>
        </w:rPr>
        <w:t>Knowledge Progression</w:t>
      </w:r>
    </w:p>
    <w:tbl>
      <w:tblPr>
        <w:tblStyle w:val="TableGridLight"/>
        <w:tblW w:w="0" w:type="auto"/>
        <w:tblLook w:val="04A0" w:firstRow="1" w:lastRow="0" w:firstColumn="1" w:lastColumn="0" w:noHBand="0" w:noVBand="1"/>
      </w:tblPr>
      <w:tblGrid>
        <w:gridCol w:w="1315"/>
        <w:gridCol w:w="9737"/>
        <w:gridCol w:w="2517"/>
      </w:tblGrid>
      <w:tr w:rsidR="00AE1286" w14:paraId="77C2EB0F" w14:textId="77777777" w:rsidTr="00AE1286">
        <w:tc>
          <w:tcPr>
            <w:tcW w:w="0" w:type="auto"/>
            <w:hideMark/>
          </w:tcPr>
          <w:p w14:paraId="356ED857" w14:textId="77777777" w:rsidR="00AE1286" w:rsidRPr="00AE1286" w:rsidRDefault="00AE1286">
            <w:pPr>
              <w:jc w:val="center"/>
              <w:rPr>
                <w:rFonts w:ascii="Letter-join Plus 40" w:hAnsi="Letter-join Plus 40"/>
                <w:b/>
                <w:bCs/>
              </w:rPr>
            </w:pPr>
            <w:r w:rsidRPr="00AE1286">
              <w:rPr>
                <w:rFonts w:ascii="Letter-join Plus 40" w:hAnsi="Letter-join Plus 40"/>
                <w:b/>
                <w:bCs/>
              </w:rPr>
              <w:t>Year Group</w:t>
            </w:r>
          </w:p>
        </w:tc>
        <w:tc>
          <w:tcPr>
            <w:tcW w:w="0" w:type="auto"/>
            <w:hideMark/>
          </w:tcPr>
          <w:p w14:paraId="786E4F61" w14:textId="77777777" w:rsidR="00AE1286" w:rsidRPr="00AE1286" w:rsidRDefault="00AE1286">
            <w:pPr>
              <w:jc w:val="center"/>
              <w:rPr>
                <w:rFonts w:ascii="Letter-join Plus 40" w:hAnsi="Letter-join Plus 40"/>
                <w:b/>
                <w:bCs/>
              </w:rPr>
            </w:pPr>
            <w:r w:rsidRPr="00AE1286">
              <w:rPr>
                <w:rFonts w:ascii="Letter-join Plus 40" w:hAnsi="Letter-join Plus 40"/>
                <w:b/>
                <w:bCs/>
              </w:rPr>
              <w:t>Knowledge &amp; Understanding</w:t>
            </w:r>
          </w:p>
        </w:tc>
        <w:tc>
          <w:tcPr>
            <w:tcW w:w="0" w:type="auto"/>
            <w:hideMark/>
          </w:tcPr>
          <w:p w14:paraId="3AE82AE8" w14:textId="77777777" w:rsidR="00AE1286" w:rsidRPr="00AE1286" w:rsidRDefault="00AE1286">
            <w:pPr>
              <w:jc w:val="center"/>
              <w:rPr>
                <w:rFonts w:ascii="Letter-join Plus 40" w:hAnsi="Letter-join Plus 40"/>
                <w:b/>
                <w:bCs/>
              </w:rPr>
            </w:pPr>
            <w:r w:rsidRPr="00AE1286">
              <w:rPr>
                <w:rFonts w:ascii="Letter-join Plus 40" w:hAnsi="Letter-join Plus 40"/>
                <w:b/>
                <w:bCs/>
              </w:rPr>
              <w:t>Key Vocabulary</w:t>
            </w:r>
          </w:p>
        </w:tc>
      </w:tr>
      <w:tr w:rsidR="00AE1286" w14:paraId="11B494E2" w14:textId="77777777" w:rsidTr="00AE1286">
        <w:tc>
          <w:tcPr>
            <w:tcW w:w="0" w:type="auto"/>
            <w:hideMark/>
          </w:tcPr>
          <w:p w14:paraId="0BC0840E" w14:textId="77777777" w:rsidR="00AE1286" w:rsidRPr="00AE1286" w:rsidRDefault="00AE1286">
            <w:pPr>
              <w:rPr>
                <w:rFonts w:ascii="Letter-join Plus 40" w:hAnsi="Letter-join Plus 40"/>
              </w:rPr>
            </w:pPr>
            <w:r w:rsidRPr="00AE1286">
              <w:rPr>
                <w:rStyle w:val="Strong"/>
                <w:rFonts w:ascii="Letter-join Plus 40" w:hAnsi="Letter-join Plus 40"/>
              </w:rPr>
              <w:t>EYFS</w:t>
            </w:r>
          </w:p>
        </w:tc>
        <w:tc>
          <w:tcPr>
            <w:tcW w:w="0" w:type="auto"/>
            <w:hideMark/>
          </w:tcPr>
          <w:p w14:paraId="4599E818" w14:textId="77777777" w:rsidR="00AE1286" w:rsidRDefault="00AE1286">
            <w:pPr>
              <w:rPr>
                <w:rFonts w:ascii="Letter-join Plus 40" w:hAnsi="Letter-join Plus 40"/>
              </w:rPr>
            </w:pPr>
            <w:r w:rsidRPr="00AE1286">
              <w:rPr>
                <w:rFonts w:ascii="Letter-join Plus 40" w:hAnsi="Letter-join Plus 40"/>
              </w:rPr>
              <w:t>• I know everyone is special and deserves kindness.</w:t>
            </w:r>
          </w:p>
          <w:p w14:paraId="40D8DE18" w14:textId="77777777" w:rsidR="00AE1286" w:rsidRDefault="00AE1286">
            <w:pPr>
              <w:rPr>
                <w:rFonts w:ascii="Letter-join Plus 40" w:hAnsi="Letter-join Plus 40"/>
              </w:rPr>
            </w:pPr>
            <w:r w:rsidRPr="00AE1286">
              <w:rPr>
                <w:rFonts w:ascii="Letter-join Plus 40" w:hAnsi="Letter-join Plus 40"/>
              </w:rPr>
              <w:t>• I know how to share, take turns and work with others</w:t>
            </w:r>
          </w:p>
          <w:p w14:paraId="7396CC3F" w14:textId="3C69C5DF" w:rsidR="00AE1286" w:rsidRPr="00AE1286" w:rsidRDefault="00AE1286">
            <w:pPr>
              <w:rPr>
                <w:rFonts w:ascii="Letter-join Plus 40" w:hAnsi="Letter-join Plus 40"/>
              </w:rPr>
            </w:pPr>
            <w:r w:rsidRPr="00AE1286">
              <w:rPr>
                <w:rFonts w:ascii="Letter-join Plus 40" w:hAnsi="Letter-join Plus 40"/>
              </w:rPr>
              <w:t>.• I know my words and actions can affect how others feel.</w:t>
            </w:r>
          </w:p>
        </w:tc>
        <w:tc>
          <w:tcPr>
            <w:tcW w:w="0" w:type="auto"/>
            <w:hideMark/>
          </w:tcPr>
          <w:p w14:paraId="7B2691CE" w14:textId="61C6F1A3" w:rsidR="00AE1286" w:rsidRPr="00AE1286" w:rsidRDefault="00AE1286">
            <w:pPr>
              <w:rPr>
                <w:rFonts w:ascii="Letter-join Plus 40" w:hAnsi="Letter-join Plus 40"/>
              </w:rPr>
            </w:pPr>
            <w:r w:rsidRPr="00AE1286">
              <w:rPr>
                <w:rStyle w:val="Strong"/>
                <w:rFonts w:ascii="Letter-join Plus 40" w:hAnsi="Letter-join Plus 40"/>
              </w:rPr>
              <w:t>kindness sharing</w:t>
            </w:r>
          </w:p>
        </w:tc>
      </w:tr>
      <w:tr w:rsidR="00AE1286" w14:paraId="40C23E9B" w14:textId="77777777" w:rsidTr="00AE1286">
        <w:tc>
          <w:tcPr>
            <w:tcW w:w="0" w:type="auto"/>
            <w:hideMark/>
          </w:tcPr>
          <w:p w14:paraId="57C05E1E" w14:textId="77777777" w:rsidR="00AE1286" w:rsidRPr="00AE1286" w:rsidRDefault="00AE1286">
            <w:pPr>
              <w:rPr>
                <w:rFonts w:ascii="Letter-join Plus 40" w:hAnsi="Letter-join Plus 40"/>
              </w:rPr>
            </w:pPr>
            <w:r w:rsidRPr="00AE1286">
              <w:rPr>
                <w:rStyle w:val="Strong"/>
                <w:rFonts w:ascii="Letter-join Plus 40" w:hAnsi="Letter-join Plus 40"/>
              </w:rPr>
              <w:t>Year 1</w:t>
            </w:r>
          </w:p>
        </w:tc>
        <w:tc>
          <w:tcPr>
            <w:tcW w:w="0" w:type="auto"/>
            <w:hideMark/>
          </w:tcPr>
          <w:p w14:paraId="07DDE704" w14:textId="77777777" w:rsidR="00AE1286" w:rsidRDefault="00AE1286">
            <w:pPr>
              <w:rPr>
                <w:rFonts w:ascii="Letter-join Plus 40" w:hAnsi="Letter-join Plus 40"/>
              </w:rPr>
            </w:pPr>
            <w:r w:rsidRPr="00AE1286">
              <w:rPr>
                <w:rFonts w:ascii="Letter-join Plus 40" w:hAnsi="Letter-join Plus 40"/>
              </w:rPr>
              <w:t>• I know everyone has similarities and differences that should be valued.</w:t>
            </w:r>
          </w:p>
          <w:p w14:paraId="40C22644" w14:textId="77777777" w:rsidR="00AE1286" w:rsidRDefault="00AE1286">
            <w:pPr>
              <w:rPr>
                <w:rFonts w:ascii="Letter-join Plus 40" w:hAnsi="Letter-join Plus 40"/>
              </w:rPr>
            </w:pPr>
            <w:r w:rsidRPr="00AE1286">
              <w:rPr>
                <w:rFonts w:ascii="Letter-join Plus 40" w:hAnsi="Letter-join Plus 40"/>
              </w:rPr>
              <w:t>• I understand that listening to others shows respect.</w:t>
            </w:r>
          </w:p>
          <w:p w14:paraId="09E791B3" w14:textId="66F42F29" w:rsidR="00AE1286" w:rsidRPr="00AE1286" w:rsidRDefault="00AE1286">
            <w:pPr>
              <w:rPr>
                <w:rFonts w:ascii="Letter-join Plus 40" w:hAnsi="Letter-join Plus 40"/>
              </w:rPr>
            </w:pPr>
            <w:r w:rsidRPr="00AE1286">
              <w:rPr>
                <w:rFonts w:ascii="Letter-join Plus 40" w:hAnsi="Letter-join Plus 40"/>
              </w:rPr>
              <w:t>• I know how to be a kind friend and include others in play and learning.</w:t>
            </w:r>
          </w:p>
        </w:tc>
        <w:tc>
          <w:tcPr>
            <w:tcW w:w="0" w:type="auto"/>
            <w:hideMark/>
          </w:tcPr>
          <w:p w14:paraId="13CD299E" w14:textId="66DB2423" w:rsidR="00AE1286" w:rsidRPr="00AE1286" w:rsidRDefault="00AE1286">
            <w:pPr>
              <w:rPr>
                <w:rFonts w:ascii="Letter-join Plus 40" w:hAnsi="Letter-join Plus 40"/>
              </w:rPr>
            </w:pPr>
            <w:r w:rsidRPr="00AE1286">
              <w:rPr>
                <w:rStyle w:val="Strong"/>
                <w:rFonts w:ascii="Letter-join Plus 40" w:hAnsi="Letter-join Plus 40"/>
              </w:rPr>
              <w:t>respect friendship</w:t>
            </w:r>
          </w:p>
        </w:tc>
      </w:tr>
      <w:tr w:rsidR="00AE1286" w14:paraId="521ADFC8" w14:textId="77777777" w:rsidTr="00AE1286">
        <w:tc>
          <w:tcPr>
            <w:tcW w:w="0" w:type="auto"/>
            <w:hideMark/>
          </w:tcPr>
          <w:p w14:paraId="76E8A097" w14:textId="77777777" w:rsidR="00AE1286" w:rsidRPr="00AE1286" w:rsidRDefault="00AE1286">
            <w:pPr>
              <w:rPr>
                <w:rFonts w:ascii="Letter-join Plus 40" w:hAnsi="Letter-join Plus 40"/>
              </w:rPr>
            </w:pPr>
            <w:r w:rsidRPr="00AE1286">
              <w:rPr>
                <w:rStyle w:val="Strong"/>
                <w:rFonts w:ascii="Letter-join Plus 40" w:hAnsi="Letter-join Plus 40"/>
              </w:rPr>
              <w:t>Year 2</w:t>
            </w:r>
          </w:p>
        </w:tc>
        <w:tc>
          <w:tcPr>
            <w:tcW w:w="0" w:type="auto"/>
            <w:hideMark/>
          </w:tcPr>
          <w:p w14:paraId="63ED9B86" w14:textId="77777777" w:rsidR="00AE1286" w:rsidRDefault="00AE1286">
            <w:pPr>
              <w:rPr>
                <w:rFonts w:ascii="Letter-join Plus 40" w:hAnsi="Letter-join Plus 40"/>
              </w:rPr>
            </w:pPr>
            <w:r w:rsidRPr="00AE1286">
              <w:rPr>
                <w:rFonts w:ascii="Letter-join Plus 40" w:hAnsi="Letter-join Plus 40"/>
              </w:rPr>
              <w:t>• I understand that everyone deserves to be treated fairly and with respect.</w:t>
            </w:r>
          </w:p>
          <w:p w14:paraId="6190D028" w14:textId="77777777" w:rsidR="00AE1286" w:rsidRDefault="00AE1286">
            <w:pPr>
              <w:rPr>
                <w:rFonts w:ascii="Letter-join Plus 40" w:hAnsi="Letter-join Plus 40"/>
              </w:rPr>
            </w:pPr>
            <w:r w:rsidRPr="00AE1286">
              <w:rPr>
                <w:rFonts w:ascii="Letter-join Plus 40" w:hAnsi="Letter-join Plus 40"/>
              </w:rPr>
              <w:t>• I know that positive relationships are built through kindness, honesty and cooperation</w:t>
            </w:r>
          </w:p>
          <w:p w14:paraId="5565AA5B" w14:textId="2D744BE8" w:rsidR="00AE1286" w:rsidRPr="00AE1286" w:rsidRDefault="00AE1286">
            <w:pPr>
              <w:rPr>
                <w:rFonts w:ascii="Letter-join Plus 40" w:hAnsi="Letter-join Plus 40"/>
              </w:rPr>
            </w:pPr>
            <w:r w:rsidRPr="00AE1286">
              <w:rPr>
                <w:rFonts w:ascii="Letter-join Plus 40" w:hAnsi="Letter-join Plus 40"/>
              </w:rPr>
              <w:t>.• I understand that disagreements can be resolved respectfully.</w:t>
            </w:r>
          </w:p>
        </w:tc>
        <w:tc>
          <w:tcPr>
            <w:tcW w:w="0" w:type="auto"/>
            <w:hideMark/>
          </w:tcPr>
          <w:p w14:paraId="3845354F" w14:textId="7C7D44A9" w:rsidR="00AE1286" w:rsidRPr="00AE1286" w:rsidRDefault="00AE1286">
            <w:pPr>
              <w:rPr>
                <w:rFonts w:ascii="Letter-join Plus 40" w:hAnsi="Letter-join Plus 40"/>
              </w:rPr>
            </w:pPr>
            <w:r w:rsidRPr="00AE1286">
              <w:rPr>
                <w:rStyle w:val="Strong"/>
                <w:rFonts w:ascii="Letter-join Plus 40" w:hAnsi="Letter-join Plus 40"/>
              </w:rPr>
              <w:t>fairness cooperation</w:t>
            </w:r>
          </w:p>
        </w:tc>
      </w:tr>
      <w:tr w:rsidR="00AE1286" w14:paraId="42DAA3EA" w14:textId="77777777" w:rsidTr="00AE1286">
        <w:tc>
          <w:tcPr>
            <w:tcW w:w="0" w:type="auto"/>
            <w:hideMark/>
          </w:tcPr>
          <w:p w14:paraId="6C07CB74" w14:textId="77777777" w:rsidR="00AE1286" w:rsidRPr="00AE1286" w:rsidRDefault="00AE1286">
            <w:pPr>
              <w:rPr>
                <w:rFonts w:ascii="Letter-join Plus 40" w:hAnsi="Letter-join Plus 40"/>
              </w:rPr>
            </w:pPr>
            <w:r w:rsidRPr="00AE1286">
              <w:rPr>
                <w:rStyle w:val="Strong"/>
                <w:rFonts w:ascii="Letter-join Plus 40" w:hAnsi="Letter-join Plus 40"/>
              </w:rPr>
              <w:t>Year 3</w:t>
            </w:r>
          </w:p>
        </w:tc>
        <w:tc>
          <w:tcPr>
            <w:tcW w:w="0" w:type="auto"/>
            <w:hideMark/>
          </w:tcPr>
          <w:p w14:paraId="735D7E20" w14:textId="77777777" w:rsidR="00AE1286" w:rsidRDefault="00AE1286">
            <w:pPr>
              <w:rPr>
                <w:rFonts w:ascii="Letter-join Plus 40" w:hAnsi="Letter-join Plus 40"/>
              </w:rPr>
            </w:pPr>
            <w:r w:rsidRPr="00AE1286">
              <w:rPr>
                <w:rFonts w:ascii="Letter-join Plus 40" w:hAnsi="Letter-join Plus 40"/>
              </w:rPr>
              <w:t>• I understand that respecting others means valuing their opinions, feelings and experiences.</w:t>
            </w:r>
          </w:p>
          <w:p w14:paraId="313EC33F" w14:textId="77777777" w:rsidR="00AE1286" w:rsidRDefault="00AE1286">
            <w:pPr>
              <w:rPr>
                <w:rFonts w:ascii="Letter-join Plus 40" w:hAnsi="Letter-join Plus 40"/>
              </w:rPr>
            </w:pPr>
            <w:r w:rsidRPr="00AE1286">
              <w:rPr>
                <w:rFonts w:ascii="Letter-join Plus 40" w:hAnsi="Letter-join Plus 40"/>
              </w:rPr>
              <w:t>• I know that good relationships require trust, communication and empathy</w:t>
            </w:r>
          </w:p>
          <w:p w14:paraId="02150C24" w14:textId="64BC9220" w:rsidR="00AE1286" w:rsidRPr="00AE1286" w:rsidRDefault="00AE1286">
            <w:pPr>
              <w:rPr>
                <w:rFonts w:ascii="Letter-join Plus 40" w:hAnsi="Letter-join Plus 40"/>
              </w:rPr>
            </w:pPr>
            <w:r w:rsidRPr="00AE1286">
              <w:rPr>
                <w:rFonts w:ascii="Letter-join Plus 40" w:hAnsi="Letter-join Plus 40"/>
              </w:rPr>
              <w:t>.• I understand that everyone has a responsibility to help create an inclusive community.</w:t>
            </w:r>
          </w:p>
        </w:tc>
        <w:tc>
          <w:tcPr>
            <w:tcW w:w="0" w:type="auto"/>
            <w:hideMark/>
          </w:tcPr>
          <w:p w14:paraId="7C7F833D" w14:textId="7AEBC5E8" w:rsidR="00AE1286" w:rsidRPr="00AE1286" w:rsidRDefault="00AE1286">
            <w:pPr>
              <w:rPr>
                <w:rFonts w:ascii="Letter-join Plus 40" w:hAnsi="Letter-join Plus 40"/>
              </w:rPr>
            </w:pPr>
            <w:r w:rsidRPr="00AE1286">
              <w:rPr>
                <w:rStyle w:val="Strong"/>
                <w:rFonts w:ascii="Letter-join Plus 40" w:hAnsi="Letter-join Plus 40"/>
              </w:rPr>
              <w:t>empathy communication</w:t>
            </w:r>
          </w:p>
        </w:tc>
      </w:tr>
      <w:tr w:rsidR="00AE1286" w14:paraId="5EFA3C2C" w14:textId="77777777" w:rsidTr="00AE1286">
        <w:tc>
          <w:tcPr>
            <w:tcW w:w="0" w:type="auto"/>
            <w:hideMark/>
          </w:tcPr>
          <w:p w14:paraId="58CF0FDD" w14:textId="77777777" w:rsidR="00AE1286" w:rsidRPr="00AE1286" w:rsidRDefault="00AE1286">
            <w:pPr>
              <w:rPr>
                <w:rFonts w:ascii="Letter-join Plus 40" w:hAnsi="Letter-join Plus 40"/>
              </w:rPr>
            </w:pPr>
            <w:r w:rsidRPr="00AE1286">
              <w:rPr>
                <w:rStyle w:val="Strong"/>
                <w:rFonts w:ascii="Letter-join Plus 40" w:hAnsi="Letter-join Plus 40"/>
              </w:rPr>
              <w:t>Year 4</w:t>
            </w:r>
          </w:p>
        </w:tc>
        <w:tc>
          <w:tcPr>
            <w:tcW w:w="0" w:type="auto"/>
            <w:hideMark/>
          </w:tcPr>
          <w:p w14:paraId="3CFD5F71" w14:textId="77777777" w:rsidR="00AE1286" w:rsidRDefault="00AE1286">
            <w:pPr>
              <w:rPr>
                <w:rFonts w:ascii="Letter-join Plus 40" w:hAnsi="Letter-join Plus 40"/>
              </w:rPr>
            </w:pPr>
            <w:r w:rsidRPr="00AE1286">
              <w:rPr>
                <w:rFonts w:ascii="Letter-join Plus 40" w:hAnsi="Letter-join Plus 40"/>
              </w:rPr>
              <w:t>• I understand that respecting others includes recognising and celebrating differences</w:t>
            </w:r>
          </w:p>
          <w:p w14:paraId="35588944" w14:textId="77777777" w:rsidR="00AE1286" w:rsidRDefault="00AE1286">
            <w:pPr>
              <w:rPr>
                <w:rFonts w:ascii="Letter-join Plus 40" w:hAnsi="Letter-join Plus 40"/>
              </w:rPr>
            </w:pPr>
            <w:r w:rsidRPr="00AE1286">
              <w:rPr>
                <w:rFonts w:ascii="Letter-join Plus 40" w:hAnsi="Letter-join Plus 40"/>
              </w:rPr>
              <w:t>.• I know how to work collaboratively whilst appreciating different viewpoints.</w:t>
            </w:r>
          </w:p>
          <w:p w14:paraId="1AA0728B" w14:textId="5F435674" w:rsidR="00AE1286" w:rsidRPr="00AE1286" w:rsidRDefault="00AE1286">
            <w:pPr>
              <w:rPr>
                <w:rFonts w:ascii="Letter-join Plus 40" w:hAnsi="Letter-join Plus 40"/>
              </w:rPr>
            </w:pPr>
            <w:r w:rsidRPr="00AE1286">
              <w:rPr>
                <w:rFonts w:ascii="Letter-join Plus 40" w:hAnsi="Letter-join Plus 40"/>
              </w:rPr>
              <w:t>• I understand that respectful behaviour helps everyone feel safe, valued and included.</w:t>
            </w:r>
          </w:p>
        </w:tc>
        <w:tc>
          <w:tcPr>
            <w:tcW w:w="0" w:type="auto"/>
            <w:hideMark/>
          </w:tcPr>
          <w:p w14:paraId="18570F7F" w14:textId="31A3E4A7" w:rsidR="00AE1286" w:rsidRPr="00AE1286" w:rsidRDefault="00AE1286">
            <w:pPr>
              <w:rPr>
                <w:rFonts w:ascii="Letter-join Plus 40" w:hAnsi="Letter-join Plus 40"/>
              </w:rPr>
            </w:pPr>
            <w:r w:rsidRPr="00AE1286">
              <w:rPr>
                <w:rStyle w:val="Strong"/>
                <w:rFonts w:ascii="Letter-join Plus 40" w:hAnsi="Letter-join Plus 40"/>
              </w:rPr>
              <w:t>inclusion collaboration</w:t>
            </w:r>
          </w:p>
        </w:tc>
      </w:tr>
      <w:tr w:rsidR="00AE1286" w14:paraId="5D2DCDBC" w14:textId="77777777" w:rsidTr="00AE1286">
        <w:tc>
          <w:tcPr>
            <w:tcW w:w="0" w:type="auto"/>
            <w:hideMark/>
          </w:tcPr>
          <w:p w14:paraId="40E3574D" w14:textId="77777777" w:rsidR="00AE1286" w:rsidRPr="00AE1286" w:rsidRDefault="00AE1286">
            <w:pPr>
              <w:rPr>
                <w:rFonts w:ascii="Letter-join Plus 40" w:hAnsi="Letter-join Plus 40"/>
              </w:rPr>
            </w:pPr>
            <w:r w:rsidRPr="00AE1286">
              <w:rPr>
                <w:rStyle w:val="Strong"/>
                <w:rFonts w:ascii="Letter-join Plus 40" w:hAnsi="Letter-join Plus 40"/>
              </w:rPr>
              <w:t>Year 5</w:t>
            </w:r>
          </w:p>
        </w:tc>
        <w:tc>
          <w:tcPr>
            <w:tcW w:w="0" w:type="auto"/>
            <w:hideMark/>
          </w:tcPr>
          <w:p w14:paraId="53BC03A4" w14:textId="77777777" w:rsidR="00AE1286" w:rsidRDefault="00AE1286">
            <w:pPr>
              <w:rPr>
                <w:rFonts w:ascii="Letter-join Plus 40" w:hAnsi="Letter-join Plus 40"/>
              </w:rPr>
            </w:pPr>
            <w:r w:rsidRPr="00AE1286">
              <w:rPr>
                <w:rFonts w:ascii="Letter-join Plus 40" w:hAnsi="Letter-join Plus 40"/>
              </w:rPr>
              <w:t>• I understand that mutual respect is essential for positive relationships and successful communities</w:t>
            </w:r>
          </w:p>
          <w:p w14:paraId="53AF80E4" w14:textId="77777777" w:rsidR="00AE1286" w:rsidRDefault="00AE1286">
            <w:pPr>
              <w:rPr>
                <w:rFonts w:ascii="Letter-join Plus 40" w:hAnsi="Letter-join Plus 40"/>
              </w:rPr>
            </w:pPr>
            <w:r w:rsidRPr="00AE1286">
              <w:rPr>
                <w:rFonts w:ascii="Letter-join Plus 40" w:hAnsi="Letter-join Plus 40"/>
              </w:rPr>
              <w:t>.• I know how to resolve conflict respectfully and consider different perspectives.</w:t>
            </w:r>
          </w:p>
          <w:p w14:paraId="6C98ED5A" w14:textId="6EE49EDD" w:rsidR="00AE1286" w:rsidRPr="00AE1286" w:rsidRDefault="00AE1286">
            <w:pPr>
              <w:rPr>
                <w:rFonts w:ascii="Letter-join Plus 40" w:hAnsi="Letter-join Plus 40"/>
              </w:rPr>
            </w:pPr>
            <w:r w:rsidRPr="00AE1286">
              <w:rPr>
                <w:rFonts w:ascii="Letter-join Plus 40" w:hAnsi="Letter-join Plus 40"/>
              </w:rPr>
              <w:t>• I understand that showing respect sometimes means standing up for others when something is unfair.</w:t>
            </w:r>
          </w:p>
        </w:tc>
        <w:tc>
          <w:tcPr>
            <w:tcW w:w="0" w:type="auto"/>
            <w:hideMark/>
          </w:tcPr>
          <w:p w14:paraId="41D6815E" w14:textId="2EEB4EFF" w:rsidR="00AE1286" w:rsidRPr="00AE1286" w:rsidRDefault="00AE1286">
            <w:pPr>
              <w:rPr>
                <w:rFonts w:ascii="Letter-join Plus 40" w:hAnsi="Letter-join Plus 40"/>
              </w:rPr>
            </w:pPr>
            <w:r w:rsidRPr="00AE1286">
              <w:rPr>
                <w:rStyle w:val="Strong"/>
                <w:rFonts w:ascii="Letter-join Plus 40" w:hAnsi="Letter-join Plus 40"/>
              </w:rPr>
              <w:t>integrity perspective</w:t>
            </w:r>
          </w:p>
        </w:tc>
      </w:tr>
      <w:tr w:rsidR="00AE1286" w14:paraId="389ADDF0" w14:textId="77777777" w:rsidTr="00AE1286">
        <w:tc>
          <w:tcPr>
            <w:tcW w:w="0" w:type="auto"/>
            <w:hideMark/>
          </w:tcPr>
          <w:p w14:paraId="413A964A" w14:textId="77777777" w:rsidR="00AE1286" w:rsidRPr="00AE1286" w:rsidRDefault="00AE1286">
            <w:pPr>
              <w:rPr>
                <w:rFonts w:ascii="Letter-join Plus 40" w:hAnsi="Letter-join Plus 40"/>
              </w:rPr>
            </w:pPr>
            <w:r w:rsidRPr="00AE1286">
              <w:rPr>
                <w:rStyle w:val="Strong"/>
                <w:rFonts w:ascii="Letter-join Plus 40" w:hAnsi="Letter-join Plus 40"/>
              </w:rPr>
              <w:t>Year 6</w:t>
            </w:r>
          </w:p>
        </w:tc>
        <w:tc>
          <w:tcPr>
            <w:tcW w:w="0" w:type="auto"/>
            <w:hideMark/>
          </w:tcPr>
          <w:p w14:paraId="3C85E123" w14:textId="77777777" w:rsidR="00AE1286" w:rsidRDefault="00AE1286">
            <w:pPr>
              <w:rPr>
                <w:rFonts w:ascii="Letter-join Plus 40" w:hAnsi="Letter-join Plus 40"/>
              </w:rPr>
            </w:pPr>
            <w:r w:rsidRPr="00AE1286">
              <w:rPr>
                <w:rFonts w:ascii="Letter-join Plus 40" w:hAnsi="Letter-join Plus 40"/>
              </w:rPr>
              <w:t>• I understand that mutual respect underpins equality, inclusion and responsible citizenship.</w:t>
            </w:r>
          </w:p>
          <w:p w14:paraId="5C31B23D" w14:textId="77777777" w:rsidR="00AE1286" w:rsidRDefault="00AE1286">
            <w:pPr>
              <w:rPr>
                <w:rFonts w:ascii="Letter-join Plus 40" w:hAnsi="Letter-join Plus 40"/>
              </w:rPr>
            </w:pPr>
            <w:r w:rsidRPr="00AE1286">
              <w:rPr>
                <w:rFonts w:ascii="Letter-join Plus 40" w:hAnsi="Letter-join Plus 40"/>
              </w:rPr>
              <w:t>• I know that my actions, language and attitudes influence the experiences of others.</w:t>
            </w:r>
          </w:p>
          <w:p w14:paraId="7FA46B6C" w14:textId="771ADA32" w:rsidR="00AE1286" w:rsidRPr="00AE1286" w:rsidRDefault="00AE1286">
            <w:pPr>
              <w:rPr>
                <w:rFonts w:ascii="Letter-join Plus 40" w:hAnsi="Letter-join Plus 40"/>
              </w:rPr>
            </w:pPr>
            <w:r w:rsidRPr="00AE1286">
              <w:rPr>
                <w:rFonts w:ascii="Letter-join Plus 40" w:hAnsi="Letter-join Plus 40"/>
              </w:rPr>
              <w:t>• I understand that respectful relationships are built on empathy, trust, fairness and shared responsibility.</w:t>
            </w:r>
          </w:p>
        </w:tc>
        <w:tc>
          <w:tcPr>
            <w:tcW w:w="0" w:type="auto"/>
            <w:hideMark/>
          </w:tcPr>
          <w:p w14:paraId="61BA0691" w14:textId="370ED4CC" w:rsidR="00AE1286" w:rsidRPr="00AE1286" w:rsidRDefault="00AE1286">
            <w:pPr>
              <w:rPr>
                <w:rFonts w:ascii="Letter-join Plus 40" w:hAnsi="Letter-join Plus 40"/>
              </w:rPr>
            </w:pPr>
            <w:r w:rsidRPr="00AE1286">
              <w:rPr>
                <w:rStyle w:val="Strong"/>
                <w:rFonts w:ascii="Letter-join Plus 40" w:hAnsi="Letter-join Plus 40"/>
              </w:rPr>
              <w:t>dignity mutual respect</w:t>
            </w:r>
          </w:p>
        </w:tc>
      </w:tr>
    </w:tbl>
    <w:p w14:paraId="17634DD3" w14:textId="468B9D06" w:rsidR="00DF5958" w:rsidRDefault="00000000">
      <w:pPr>
        <w:pStyle w:val="Heading2"/>
        <w:rPr>
          <w:rFonts w:ascii="Letter-join Plus 40" w:hAnsi="Letter-join Plus 40" w:cs="Calibri"/>
          <w:b w:val="0"/>
          <w:bCs w:val="0"/>
        </w:rPr>
      </w:pPr>
      <w:r w:rsidRPr="006D6F86">
        <w:rPr>
          <w:rFonts w:ascii="Letter-join Plus 40" w:hAnsi="Letter-join Plus 40" w:cs="Calibri"/>
          <w:b w:val="0"/>
          <w:bCs w:val="0"/>
        </w:rPr>
        <w:t>How this value is developed at Parklands</w:t>
      </w:r>
    </w:p>
    <w:tbl>
      <w:tblPr>
        <w:tblStyle w:val="TableGridLight"/>
        <w:tblW w:w="0" w:type="auto"/>
        <w:tblLook w:val="04A0" w:firstRow="1" w:lastRow="0" w:firstColumn="1" w:lastColumn="0" w:noHBand="0" w:noVBand="1"/>
      </w:tblPr>
      <w:tblGrid>
        <w:gridCol w:w="4799"/>
        <w:gridCol w:w="4794"/>
        <w:gridCol w:w="4797"/>
      </w:tblGrid>
      <w:tr w:rsidR="00375F4E" w14:paraId="6C9CAFA3" w14:textId="77777777" w:rsidTr="00AE1286">
        <w:tc>
          <w:tcPr>
            <w:tcW w:w="4872" w:type="dxa"/>
          </w:tcPr>
          <w:p w14:paraId="0132B304" w14:textId="0197BD47" w:rsidR="003C5765" w:rsidRPr="006D6F86" w:rsidRDefault="003C5765" w:rsidP="001B7076">
            <w:pPr>
              <w:spacing w:before="100" w:beforeAutospacing="1" w:after="100" w:afterAutospacing="1"/>
              <w:jc w:val="center"/>
              <w:rPr>
                <w:rFonts w:ascii="Letter-join Plus 40" w:hAnsi="Letter-join Plus 40"/>
                <w:color w:val="4F81BD" w:themeColor="accent1"/>
              </w:rPr>
            </w:pPr>
            <w:r>
              <w:rPr>
                <w:rFonts w:ascii="Letter-join Plus 40" w:hAnsi="Letter-join Plus 40"/>
                <w:color w:val="4F81BD" w:themeColor="accent1"/>
              </w:rPr>
              <w:t>School life</w:t>
            </w:r>
          </w:p>
        </w:tc>
        <w:tc>
          <w:tcPr>
            <w:tcW w:w="4872" w:type="dxa"/>
          </w:tcPr>
          <w:p w14:paraId="110A43E6" w14:textId="1BE01EC0" w:rsidR="003C5765" w:rsidRPr="006D6F86" w:rsidRDefault="003C5765" w:rsidP="001B7076">
            <w:pPr>
              <w:spacing w:before="100" w:beforeAutospacing="1" w:after="100" w:afterAutospacing="1"/>
              <w:jc w:val="center"/>
              <w:rPr>
                <w:rFonts w:ascii="Letter-join Plus 40" w:hAnsi="Letter-join Plus 40"/>
                <w:color w:val="4F81BD" w:themeColor="accent1"/>
              </w:rPr>
            </w:pPr>
            <w:r>
              <w:rPr>
                <w:rFonts w:ascii="Letter-join Plus 40" w:hAnsi="Letter-join Plus 40"/>
                <w:color w:val="4F81BD" w:themeColor="accent1"/>
              </w:rPr>
              <w:t>Curriculum</w:t>
            </w:r>
          </w:p>
        </w:tc>
        <w:tc>
          <w:tcPr>
            <w:tcW w:w="4872" w:type="dxa"/>
          </w:tcPr>
          <w:p w14:paraId="51DB7ECF" w14:textId="719FC890" w:rsidR="003C5765" w:rsidRPr="006D6F86" w:rsidRDefault="003C5765" w:rsidP="001B7076">
            <w:pPr>
              <w:spacing w:before="100" w:beforeAutospacing="1" w:after="100" w:afterAutospacing="1"/>
              <w:jc w:val="center"/>
              <w:rPr>
                <w:rFonts w:ascii="Letter-join Plus 40" w:hAnsi="Letter-join Plus 40"/>
                <w:color w:val="4F81BD" w:themeColor="accent1"/>
              </w:rPr>
            </w:pPr>
            <w:r>
              <w:rPr>
                <w:rFonts w:ascii="Letter-join Plus 40" w:hAnsi="Letter-join Plus 40"/>
                <w:color w:val="4F81BD" w:themeColor="accent1"/>
              </w:rPr>
              <w:t>Community</w:t>
            </w:r>
          </w:p>
        </w:tc>
      </w:tr>
      <w:tr w:rsidR="00375F4E" w14:paraId="58570780" w14:textId="77777777" w:rsidTr="00AE1286">
        <w:tc>
          <w:tcPr>
            <w:tcW w:w="4872" w:type="dxa"/>
          </w:tcPr>
          <w:p w14:paraId="2F5FA675" w14:textId="518D20BA"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 </w:t>
            </w:r>
            <w:r w:rsidRPr="003C5765">
              <w:rPr>
                <w:rFonts w:ascii="Letter-join Plus 40" w:hAnsi="Letter-join Plus 40"/>
              </w:rPr>
              <w:t xml:space="preserve"> Kindness expectations </w:t>
            </w:r>
          </w:p>
          <w:p w14:paraId="03819154" w14:textId="77777777"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  Restorative practice </w:t>
            </w:r>
          </w:p>
          <w:p w14:paraId="1CB0E72F" w14:textId="77777777"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  Collaborative learning </w:t>
            </w:r>
          </w:p>
          <w:p w14:paraId="546B44AD" w14:textId="49A1BB3C" w:rsidR="003C5765" w:rsidRPr="006D6F86"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Buddy systems</w:t>
            </w:r>
          </w:p>
        </w:tc>
        <w:tc>
          <w:tcPr>
            <w:tcW w:w="4872" w:type="dxa"/>
          </w:tcPr>
          <w:p w14:paraId="385FE91C" w14:textId="19B0F89D"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Connecting with Others </w:t>
            </w:r>
          </w:p>
          <w:p w14:paraId="527E9882" w14:textId="77777777" w:rsidR="003C5765" w:rsidRPr="003C5765" w:rsidRDefault="003C5765" w:rsidP="003C5765">
            <w:pPr>
              <w:numPr>
                <w:ilvl w:val="0"/>
                <w:numId w:val="17"/>
              </w:numPr>
              <w:spacing w:before="100" w:beforeAutospacing="1" w:after="100" w:afterAutospacing="1"/>
              <w:rPr>
                <w:rFonts w:ascii="Letter-join Plus 40" w:hAnsi="Letter-join Plus 40"/>
              </w:rPr>
            </w:pPr>
            <w:proofErr w:type="spellStart"/>
            <w:r w:rsidRPr="003C5765">
              <w:rPr>
                <w:rFonts w:ascii="Letter-join Plus 40" w:hAnsi="Letter-join Plus 40"/>
              </w:rPr>
              <w:t>MindMate</w:t>
            </w:r>
            <w:proofErr w:type="spellEnd"/>
            <w:r w:rsidRPr="003C5765">
              <w:rPr>
                <w:rFonts w:ascii="Letter-join Plus 40" w:hAnsi="Letter-join Plus 40"/>
              </w:rPr>
              <w:t xml:space="preserve"> </w:t>
            </w:r>
          </w:p>
          <w:p w14:paraId="5DAD9C0D" w14:textId="77777777"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Anti-bullying learning </w:t>
            </w:r>
          </w:p>
          <w:p w14:paraId="336C41EC" w14:textId="476B66A4"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Picture News </w:t>
            </w:r>
          </w:p>
        </w:tc>
        <w:tc>
          <w:tcPr>
            <w:tcW w:w="4872" w:type="dxa"/>
          </w:tcPr>
          <w:p w14:paraId="64DA23B6" w14:textId="77777777"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Working with families </w:t>
            </w:r>
          </w:p>
          <w:p w14:paraId="1F98FB86" w14:textId="77777777"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Local partnerships </w:t>
            </w:r>
          </w:p>
          <w:p w14:paraId="4AF60790" w14:textId="77777777"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Charity events </w:t>
            </w:r>
          </w:p>
          <w:p w14:paraId="5B8D0EE1" w14:textId="77777777"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Shared celebrations </w:t>
            </w:r>
          </w:p>
          <w:p w14:paraId="18282D1A" w14:textId="150B12BA" w:rsidR="003C5765" w:rsidRPr="003C5765" w:rsidRDefault="003C5765" w:rsidP="003C5765">
            <w:pPr>
              <w:spacing w:before="100" w:beforeAutospacing="1" w:after="100" w:afterAutospacing="1"/>
              <w:ind w:left="360"/>
              <w:rPr>
                <w:rFonts w:ascii="Letter-join Plus 40" w:hAnsi="Letter-join Plus 40"/>
              </w:rPr>
            </w:pPr>
          </w:p>
        </w:tc>
      </w:tr>
    </w:tbl>
    <w:p w14:paraId="0D2B0093" w14:textId="77777777" w:rsidR="003C5765" w:rsidRPr="003C5765" w:rsidRDefault="003C5765" w:rsidP="003C5765"/>
    <w:p w14:paraId="6B36F4D3" w14:textId="77777777" w:rsidR="00DF5958" w:rsidRPr="006D6F86" w:rsidRDefault="00000000">
      <w:pPr>
        <w:pStyle w:val="Heading2"/>
        <w:rPr>
          <w:rFonts w:ascii="Letter-join Plus 40" w:hAnsi="Letter-join Plus 40" w:cs="Calibri"/>
          <w:b w:val="0"/>
          <w:bCs w:val="0"/>
        </w:rPr>
      </w:pPr>
      <w:r w:rsidRPr="006D6F86">
        <w:rPr>
          <w:rFonts w:ascii="Letter-join Plus 40" w:hAnsi="Letter-join Plus 40" w:cs="Calibri"/>
          <w:b w:val="0"/>
          <w:bCs w:val="0"/>
        </w:rPr>
        <w:lastRenderedPageBreak/>
        <w:t>By the end of Year 6, a Parklands pupil will…</w:t>
      </w:r>
    </w:p>
    <w:p w14:paraId="515FB396" w14:textId="77777777" w:rsidR="006D6F86" w:rsidRPr="006D6F86" w:rsidRDefault="006D6F86" w:rsidP="006D6F86">
      <w:pPr>
        <w:spacing w:before="100" w:beforeAutospacing="1" w:after="100" w:afterAutospacing="1"/>
        <w:rPr>
          <w:rFonts w:ascii="Letter-join Plus 40" w:hAnsi="Letter-join Plus 40"/>
        </w:rPr>
      </w:pPr>
      <w:r w:rsidRPr="006D6F86">
        <w:rPr>
          <w:rFonts w:ascii="Letter-join Plus 40" w:hAnsi="Letter-join Plus 40"/>
        </w:rPr>
        <w:t>A Parklands pupil will build positive relationships through kindness, empathy and understanding.</w:t>
      </w:r>
    </w:p>
    <w:p w14:paraId="5F795449" w14:textId="77777777" w:rsidR="006D6F86" w:rsidRPr="006D6F86" w:rsidRDefault="006D6F86" w:rsidP="006D6F86">
      <w:pPr>
        <w:spacing w:before="100" w:beforeAutospacing="1" w:after="100" w:afterAutospacing="1"/>
        <w:rPr>
          <w:rFonts w:ascii="Letter-join Plus 40" w:hAnsi="Letter-join Plus 40"/>
        </w:rPr>
      </w:pPr>
      <w:r w:rsidRPr="006D6F86">
        <w:rPr>
          <w:rFonts w:ascii="Letter-join Plus 40" w:hAnsi="Letter-join Plus 40"/>
        </w:rPr>
        <w:t>They will:</w:t>
      </w:r>
    </w:p>
    <w:p w14:paraId="4CA369B5" w14:textId="77777777" w:rsidR="006D6F86" w:rsidRPr="006D6F86" w:rsidRDefault="006D6F86" w:rsidP="006D6F86">
      <w:pPr>
        <w:numPr>
          <w:ilvl w:val="0"/>
          <w:numId w:val="13"/>
        </w:numPr>
        <w:spacing w:before="100" w:beforeAutospacing="1" w:after="100" w:afterAutospacing="1"/>
        <w:rPr>
          <w:rFonts w:ascii="Letter-join Plus 40" w:hAnsi="Letter-join Plus 40"/>
        </w:rPr>
      </w:pPr>
      <w:r w:rsidRPr="006D6F86">
        <w:rPr>
          <w:rFonts w:ascii="Letter-join Plus 40" w:hAnsi="Letter-join Plus 40"/>
        </w:rPr>
        <w:t xml:space="preserve">treat everyone with dignity, fairness and respect; </w:t>
      </w:r>
    </w:p>
    <w:p w14:paraId="341B21E4" w14:textId="77777777" w:rsidR="006D6F86" w:rsidRPr="006D6F86" w:rsidRDefault="006D6F86" w:rsidP="006D6F86">
      <w:pPr>
        <w:numPr>
          <w:ilvl w:val="0"/>
          <w:numId w:val="13"/>
        </w:numPr>
        <w:spacing w:before="100" w:beforeAutospacing="1" w:after="100" w:afterAutospacing="1"/>
        <w:rPr>
          <w:rFonts w:ascii="Letter-join Plus 40" w:hAnsi="Letter-join Plus 40"/>
        </w:rPr>
      </w:pPr>
      <w:r w:rsidRPr="006D6F86">
        <w:rPr>
          <w:rFonts w:ascii="Letter-join Plus 40" w:hAnsi="Letter-join Plus 40"/>
        </w:rPr>
        <w:t xml:space="preserve">listen carefully to others and resolve disagreements respectfully; </w:t>
      </w:r>
    </w:p>
    <w:p w14:paraId="0FEFF934" w14:textId="77777777" w:rsidR="006D6F86" w:rsidRPr="006D6F86" w:rsidRDefault="006D6F86" w:rsidP="006D6F86">
      <w:pPr>
        <w:numPr>
          <w:ilvl w:val="0"/>
          <w:numId w:val="13"/>
        </w:numPr>
        <w:spacing w:before="100" w:beforeAutospacing="1" w:after="100" w:afterAutospacing="1"/>
        <w:rPr>
          <w:rFonts w:ascii="Letter-join Plus 40" w:hAnsi="Letter-join Plus 40"/>
        </w:rPr>
      </w:pPr>
      <w:r w:rsidRPr="006D6F86">
        <w:rPr>
          <w:rFonts w:ascii="Letter-join Plus 40" w:hAnsi="Letter-join Plus 40"/>
        </w:rPr>
        <w:t xml:space="preserve">recognise the importance of teamwork, cooperation and inclusion; </w:t>
      </w:r>
    </w:p>
    <w:p w14:paraId="65F85F1D" w14:textId="1422D008" w:rsidR="00DF5958" w:rsidRPr="006D6F86" w:rsidRDefault="006D6F86" w:rsidP="006D6F86">
      <w:pPr>
        <w:numPr>
          <w:ilvl w:val="0"/>
          <w:numId w:val="13"/>
        </w:numPr>
        <w:spacing w:before="100" w:beforeAutospacing="1" w:after="100" w:afterAutospacing="1"/>
        <w:rPr>
          <w:rFonts w:ascii="Letter-join Plus 40" w:hAnsi="Letter-join Plus 40"/>
        </w:rPr>
      </w:pPr>
      <w:r w:rsidRPr="006D6F86">
        <w:rPr>
          <w:rFonts w:ascii="Letter-join Plus 40" w:hAnsi="Letter-join Plus 40"/>
        </w:rPr>
        <w:t>contribute positively to the welcoming and supportive culture of Parklands Primary School.</w:t>
      </w:r>
    </w:p>
    <w:p w14:paraId="32466432" w14:textId="77777777" w:rsidR="003C5765" w:rsidRDefault="003C5765">
      <w:pPr>
        <w:rPr>
          <w:rFonts w:ascii="Letter-join Plus 40" w:eastAsiaTheme="majorEastAsia" w:hAnsi="Letter-join Plus 40" w:cs="Calibri"/>
          <w:color w:val="365F91" w:themeColor="accent1" w:themeShade="BF"/>
          <w:sz w:val="28"/>
          <w:szCs w:val="28"/>
        </w:rPr>
      </w:pPr>
      <w:r>
        <w:rPr>
          <w:rFonts w:ascii="Letter-join Plus 40" w:hAnsi="Letter-join Plus 40" w:cs="Calibri"/>
          <w:b/>
          <w:bCs/>
        </w:rPr>
        <w:br w:type="page"/>
      </w:r>
    </w:p>
    <w:p w14:paraId="0465CF3A" w14:textId="699FCB47" w:rsidR="00DF5958" w:rsidRPr="006D6F86" w:rsidRDefault="00000000">
      <w:pPr>
        <w:pStyle w:val="Heading1"/>
        <w:rPr>
          <w:rFonts w:ascii="Letter-join Plus 40" w:hAnsi="Letter-join Plus 40" w:cs="Calibri"/>
          <w:b w:val="0"/>
          <w:bCs w:val="0"/>
        </w:rPr>
      </w:pPr>
      <w:r w:rsidRPr="006D6F86">
        <w:rPr>
          <w:rFonts w:ascii="Letter-join Plus 40" w:hAnsi="Letter-join Plus 40" w:cs="Calibri"/>
          <w:b w:val="0"/>
          <w:bCs w:val="0"/>
        </w:rPr>
        <w:lastRenderedPageBreak/>
        <w:t>Tolerance of Different Faiths and Beliefs</w:t>
      </w:r>
    </w:p>
    <w:p w14:paraId="50CBA8EE" w14:textId="77777777" w:rsidR="00DF5958" w:rsidRPr="006D6F86" w:rsidRDefault="00000000">
      <w:pPr>
        <w:rPr>
          <w:rFonts w:ascii="Letter-join Plus 40" w:hAnsi="Letter-join Plus 40" w:cs="Calibri"/>
        </w:rPr>
      </w:pPr>
      <w:r w:rsidRPr="006D6F86">
        <w:rPr>
          <w:rFonts w:ascii="Letter-join Plus 40" w:hAnsi="Letter-join Plus 40" w:cs="Calibri"/>
        </w:rPr>
        <w:t>Children celebrate diversity and understand the importance of equality and inclusion.</w:t>
      </w:r>
    </w:p>
    <w:p w14:paraId="301C8987" w14:textId="02CD36A5" w:rsidR="00DF5958" w:rsidRDefault="00000000">
      <w:pPr>
        <w:pStyle w:val="Heading2"/>
        <w:rPr>
          <w:rFonts w:ascii="Letter-join Plus 40" w:hAnsi="Letter-join Plus 40" w:cs="Calibri"/>
          <w:b w:val="0"/>
          <w:bCs w:val="0"/>
        </w:rPr>
      </w:pPr>
      <w:r w:rsidRPr="006D6F86">
        <w:rPr>
          <w:rFonts w:ascii="Letter-join Plus 40" w:hAnsi="Letter-join Plus 40" w:cs="Calibri"/>
          <w:b w:val="0"/>
          <w:bCs w:val="0"/>
        </w:rPr>
        <w:t>Knowledge Progressio</w:t>
      </w:r>
      <w:r w:rsidR="00AE1286">
        <w:rPr>
          <w:rFonts w:ascii="Letter-join Plus 40" w:hAnsi="Letter-join Plus 40" w:cs="Calibri"/>
          <w:b w:val="0"/>
          <w:bCs w:val="0"/>
        </w:rPr>
        <w:t>n</w:t>
      </w:r>
    </w:p>
    <w:tbl>
      <w:tblPr>
        <w:tblStyle w:val="TableGridLight"/>
        <w:tblW w:w="0" w:type="auto"/>
        <w:tblLook w:val="04A0" w:firstRow="1" w:lastRow="0" w:firstColumn="1" w:lastColumn="0" w:noHBand="0" w:noVBand="1"/>
      </w:tblPr>
      <w:tblGrid>
        <w:gridCol w:w="1199"/>
        <w:gridCol w:w="10083"/>
        <w:gridCol w:w="3108"/>
      </w:tblGrid>
      <w:tr w:rsidR="00AE1286" w14:paraId="4D656843" w14:textId="77777777" w:rsidTr="00AE1286">
        <w:tc>
          <w:tcPr>
            <w:tcW w:w="0" w:type="auto"/>
            <w:hideMark/>
          </w:tcPr>
          <w:p w14:paraId="55339F35" w14:textId="77777777" w:rsidR="00AE1286" w:rsidRPr="00AE1286" w:rsidRDefault="00AE1286">
            <w:pPr>
              <w:jc w:val="center"/>
              <w:rPr>
                <w:rFonts w:ascii="Letter-join Plus 40" w:hAnsi="Letter-join Plus 40"/>
                <w:b/>
                <w:bCs/>
              </w:rPr>
            </w:pPr>
            <w:r w:rsidRPr="00AE1286">
              <w:rPr>
                <w:rFonts w:ascii="Letter-join Plus 40" w:hAnsi="Letter-join Plus 40"/>
                <w:b/>
                <w:bCs/>
              </w:rPr>
              <w:t>Year Group</w:t>
            </w:r>
          </w:p>
        </w:tc>
        <w:tc>
          <w:tcPr>
            <w:tcW w:w="0" w:type="auto"/>
            <w:hideMark/>
          </w:tcPr>
          <w:p w14:paraId="386FA506" w14:textId="77777777" w:rsidR="00AE1286" w:rsidRPr="00AE1286" w:rsidRDefault="00AE1286">
            <w:pPr>
              <w:jc w:val="center"/>
              <w:rPr>
                <w:rFonts w:ascii="Letter-join Plus 40" w:hAnsi="Letter-join Plus 40"/>
                <w:b/>
                <w:bCs/>
              </w:rPr>
            </w:pPr>
            <w:r w:rsidRPr="00AE1286">
              <w:rPr>
                <w:rFonts w:ascii="Letter-join Plus 40" w:hAnsi="Letter-join Plus 40"/>
                <w:b/>
                <w:bCs/>
              </w:rPr>
              <w:t>Knowledge &amp; Understanding</w:t>
            </w:r>
          </w:p>
        </w:tc>
        <w:tc>
          <w:tcPr>
            <w:tcW w:w="0" w:type="auto"/>
            <w:hideMark/>
          </w:tcPr>
          <w:p w14:paraId="2E1A98D1" w14:textId="77777777" w:rsidR="00AE1286" w:rsidRPr="00AE1286" w:rsidRDefault="00AE1286">
            <w:pPr>
              <w:jc w:val="center"/>
              <w:rPr>
                <w:rFonts w:ascii="Letter-join Plus 40" w:hAnsi="Letter-join Plus 40"/>
                <w:b/>
                <w:bCs/>
              </w:rPr>
            </w:pPr>
            <w:r w:rsidRPr="00AE1286">
              <w:rPr>
                <w:rFonts w:ascii="Letter-join Plus 40" w:hAnsi="Letter-join Plus 40"/>
                <w:b/>
                <w:bCs/>
              </w:rPr>
              <w:t>Key Vocabulary</w:t>
            </w:r>
          </w:p>
        </w:tc>
      </w:tr>
      <w:tr w:rsidR="00AE1286" w14:paraId="637117DA" w14:textId="77777777" w:rsidTr="00AE1286">
        <w:tc>
          <w:tcPr>
            <w:tcW w:w="0" w:type="auto"/>
            <w:hideMark/>
          </w:tcPr>
          <w:p w14:paraId="465DA01E" w14:textId="77777777" w:rsidR="00AE1286" w:rsidRPr="00AE1286" w:rsidRDefault="00AE1286">
            <w:pPr>
              <w:rPr>
                <w:rFonts w:ascii="Letter-join Plus 40" w:hAnsi="Letter-join Plus 40"/>
              </w:rPr>
            </w:pPr>
            <w:r w:rsidRPr="00AE1286">
              <w:rPr>
                <w:rStyle w:val="Strong"/>
                <w:rFonts w:ascii="Letter-join Plus 40" w:hAnsi="Letter-join Plus 40"/>
              </w:rPr>
              <w:t>EYFS</w:t>
            </w:r>
          </w:p>
        </w:tc>
        <w:tc>
          <w:tcPr>
            <w:tcW w:w="0" w:type="auto"/>
            <w:hideMark/>
          </w:tcPr>
          <w:p w14:paraId="11D00556" w14:textId="77777777" w:rsidR="00AE1286" w:rsidRDefault="00AE1286">
            <w:pPr>
              <w:rPr>
                <w:rFonts w:ascii="Letter-join Plus 40" w:hAnsi="Letter-join Plus 40"/>
              </w:rPr>
            </w:pPr>
            <w:r w:rsidRPr="00AE1286">
              <w:rPr>
                <w:rFonts w:ascii="Letter-join Plus 40" w:hAnsi="Letter-join Plus 40"/>
              </w:rPr>
              <w:t>• I know everyone is different and special.</w:t>
            </w:r>
          </w:p>
          <w:p w14:paraId="0AA8B06D" w14:textId="77777777" w:rsidR="00AE1286" w:rsidRDefault="00AE1286">
            <w:pPr>
              <w:rPr>
                <w:rFonts w:ascii="Letter-join Plus 40" w:hAnsi="Letter-join Plus 40"/>
              </w:rPr>
            </w:pPr>
            <w:r w:rsidRPr="00AE1286">
              <w:rPr>
                <w:rFonts w:ascii="Letter-join Plus 40" w:hAnsi="Letter-join Plus 40"/>
              </w:rPr>
              <w:t>• I know families, celebrations and traditions may be different from my own</w:t>
            </w:r>
          </w:p>
          <w:p w14:paraId="10D46735" w14:textId="74696731" w:rsidR="00AE1286" w:rsidRPr="00AE1286" w:rsidRDefault="00AE1286">
            <w:pPr>
              <w:rPr>
                <w:rFonts w:ascii="Letter-join Plus 40" w:hAnsi="Letter-join Plus 40"/>
              </w:rPr>
            </w:pPr>
            <w:r w:rsidRPr="00AE1286">
              <w:rPr>
                <w:rFonts w:ascii="Letter-join Plus 40" w:hAnsi="Letter-join Plus 40"/>
              </w:rPr>
              <w:t>.• I know we should be kind and respectful to everyone.</w:t>
            </w:r>
          </w:p>
        </w:tc>
        <w:tc>
          <w:tcPr>
            <w:tcW w:w="0" w:type="auto"/>
            <w:hideMark/>
          </w:tcPr>
          <w:p w14:paraId="3F881A98" w14:textId="79454D1B" w:rsidR="00AE1286" w:rsidRPr="00AE1286" w:rsidRDefault="00AE1286">
            <w:pPr>
              <w:rPr>
                <w:rFonts w:ascii="Letter-join Plus 40" w:hAnsi="Letter-join Plus 40"/>
              </w:rPr>
            </w:pPr>
            <w:r w:rsidRPr="00AE1286">
              <w:rPr>
                <w:rStyle w:val="Strong"/>
                <w:rFonts w:ascii="Letter-join Plus 40" w:hAnsi="Letter-join Plus 40"/>
              </w:rPr>
              <w:t>different respect</w:t>
            </w:r>
          </w:p>
        </w:tc>
      </w:tr>
      <w:tr w:rsidR="00AE1286" w14:paraId="47E5BE8F" w14:textId="77777777" w:rsidTr="00AE1286">
        <w:tc>
          <w:tcPr>
            <w:tcW w:w="0" w:type="auto"/>
            <w:hideMark/>
          </w:tcPr>
          <w:p w14:paraId="04ACEFD9" w14:textId="77777777" w:rsidR="00AE1286" w:rsidRPr="00AE1286" w:rsidRDefault="00AE1286">
            <w:pPr>
              <w:rPr>
                <w:rFonts w:ascii="Letter-join Plus 40" w:hAnsi="Letter-join Plus 40"/>
              </w:rPr>
            </w:pPr>
            <w:r w:rsidRPr="00AE1286">
              <w:rPr>
                <w:rStyle w:val="Strong"/>
                <w:rFonts w:ascii="Letter-join Plus 40" w:hAnsi="Letter-join Plus 40"/>
              </w:rPr>
              <w:t>Year 1</w:t>
            </w:r>
          </w:p>
        </w:tc>
        <w:tc>
          <w:tcPr>
            <w:tcW w:w="0" w:type="auto"/>
            <w:hideMark/>
          </w:tcPr>
          <w:p w14:paraId="7AD8B0A4" w14:textId="77777777" w:rsidR="00AE1286" w:rsidRDefault="00AE1286">
            <w:pPr>
              <w:rPr>
                <w:rFonts w:ascii="Letter-join Plus 40" w:hAnsi="Letter-join Plus 40"/>
              </w:rPr>
            </w:pPr>
            <w:r w:rsidRPr="00AE1286">
              <w:rPr>
                <w:rFonts w:ascii="Letter-join Plus 40" w:hAnsi="Letter-join Plus 40"/>
              </w:rPr>
              <w:t>• I know people have different beliefs, cultures and traditions.</w:t>
            </w:r>
          </w:p>
          <w:p w14:paraId="4AAC9648" w14:textId="77777777" w:rsidR="00AE1286" w:rsidRDefault="00AE1286">
            <w:pPr>
              <w:rPr>
                <w:rFonts w:ascii="Letter-join Plus 40" w:hAnsi="Letter-join Plus 40"/>
              </w:rPr>
            </w:pPr>
            <w:r w:rsidRPr="00AE1286">
              <w:rPr>
                <w:rFonts w:ascii="Letter-join Plus 40" w:hAnsi="Letter-join Plus 40"/>
              </w:rPr>
              <w:t>• I understand that we can celebrate similarities and differences.</w:t>
            </w:r>
          </w:p>
          <w:p w14:paraId="797A0FA7" w14:textId="65FD8A39" w:rsidR="00AE1286" w:rsidRPr="00AE1286" w:rsidRDefault="00AE1286">
            <w:pPr>
              <w:rPr>
                <w:rFonts w:ascii="Letter-join Plus 40" w:hAnsi="Letter-join Plus 40"/>
              </w:rPr>
            </w:pPr>
            <w:r w:rsidRPr="00AE1286">
              <w:rPr>
                <w:rFonts w:ascii="Letter-join Plus 40" w:hAnsi="Letter-join Plus 40"/>
              </w:rPr>
              <w:t>• I know everyone deserves kindness and respect, whatever makes them unique.</w:t>
            </w:r>
          </w:p>
        </w:tc>
        <w:tc>
          <w:tcPr>
            <w:tcW w:w="0" w:type="auto"/>
            <w:hideMark/>
          </w:tcPr>
          <w:p w14:paraId="5AB75FDE" w14:textId="5865E560" w:rsidR="00AE1286" w:rsidRPr="00AE1286" w:rsidRDefault="00AE1286">
            <w:pPr>
              <w:rPr>
                <w:rFonts w:ascii="Letter-join Plus 40" w:hAnsi="Letter-join Plus 40"/>
              </w:rPr>
            </w:pPr>
            <w:r w:rsidRPr="00AE1286">
              <w:rPr>
                <w:rStyle w:val="Strong"/>
                <w:rFonts w:ascii="Letter-join Plus 40" w:hAnsi="Letter-join Plus 40"/>
              </w:rPr>
              <w:t>belief culture</w:t>
            </w:r>
          </w:p>
        </w:tc>
      </w:tr>
      <w:tr w:rsidR="00AE1286" w14:paraId="68ACDBEB" w14:textId="77777777" w:rsidTr="00AE1286">
        <w:tc>
          <w:tcPr>
            <w:tcW w:w="0" w:type="auto"/>
            <w:hideMark/>
          </w:tcPr>
          <w:p w14:paraId="53CC57E7" w14:textId="77777777" w:rsidR="00AE1286" w:rsidRPr="00AE1286" w:rsidRDefault="00AE1286">
            <w:pPr>
              <w:rPr>
                <w:rFonts w:ascii="Letter-join Plus 40" w:hAnsi="Letter-join Plus 40"/>
              </w:rPr>
            </w:pPr>
            <w:r w:rsidRPr="00AE1286">
              <w:rPr>
                <w:rStyle w:val="Strong"/>
                <w:rFonts w:ascii="Letter-join Plus 40" w:hAnsi="Letter-join Plus 40"/>
              </w:rPr>
              <w:t>Year 2</w:t>
            </w:r>
          </w:p>
        </w:tc>
        <w:tc>
          <w:tcPr>
            <w:tcW w:w="0" w:type="auto"/>
            <w:hideMark/>
          </w:tcPr>
          <w:p w14:paraId="6AD669D5" w14:textId="77777777" w:rsidR="00AE1286" w:rsidRDefault="00AE1286">
            <w:pPr>
              <w:rPr>
                <w:rFonts w:ascii="Letter-join Plus 40" w:hAnsi="Letter-join Plus 40"/>
              </w:rPr>
            </w:pPr>
            <w:r w:rsidRPr="00AE1286">
              <w:rPr>
                <w:rFonts w:ascii="Letter-join Plus 40" w:hAnsi="Letter-join Plus 40"/>
              </w:rPr>
              <w:t>• I understand that people belong to different communities, faiths and cultures.</w:t>
            </w:r>
          </w:p>
          <w:p w14:paraId="28C1267C" w14:textId="77777777" w:rsidR="00AE1286" w:rsidRDefault="00AE1286">
            <w:pPr>
              <w:rPr>
                <w:rFonts w:ascii="Letter-join Plus 40" w:hAnsi="Letter-join Plus 40"/>
              </w:rPr>
            </w:pPr>
            <w:r w:rsidRPr="00AE1286">
              <w:rPr>
                <w:rFonts w:ascii="Letter-join Plus 40" w:hAnsi="Letter-join Plus 40"/>
              </w:rPr>
              <w:t>• I know that everyone's experiences and traditions are valuable.</w:t>
            </w:r>
          </w:p>
          <w:p w14:paraId="61551E98" w14:textId="3EA706EA" w:rsidR="00AE1286" w:rsidRPr="00AE1286" w:rsidRDefault="00AE1286">
            <w:pPr>
              <w:rPr>
                <w:rFonts w:ascii="Letter-join Plus 40" w:hAnsi="Letter-join Plus 40"/>
              </w:rPr>
            </w:pPr>
            <w:r w:rsidRPr="00AE1286">
              <w:rPr>
                <w:rFonts w:ascii="Letter-join Plus 40" w:hAnsi="Letter-join Plus 40"/>
              </w:rPr>
              <w:t>• I understand that differences make our communities richer and more interesting.</w:t>
            </w:r>
          </w:p>
        </w:tc>
        <w:tc>
          <w:tcPr>
            <w:tcW w:w="0" w:type="auto"/>
            <w:hideMark/>
          </w:tcPr>
          <w:p w14:paraId="198399B8" w14:textId="75E8B1BC" w:rsidR="00AE1286" w:rsidRPr="00AE1286" w:rsidRDefault="00AE1286">
            <w:pPr>
              <w:rPr>
                <w:rFonts w:ascii="Letter-join Plus 40" w:hAnsi="Letter-join Plus 40"/>
              </w:rPr>
            </w:pPr>
            <w:r w:rsidRPr="00AE1286">
              <w:rPr>
                <w:rStyle w:val="Strong"/>
                <w:rFonts w:ascii="Letter-join Plus 40" w:hAnsi="Letter-join Plus 40"/>
              </w:rPr>
              <w:t>faith community</w:t>
            </w:r>
          </w:p>
        </w:tc>
      </w:tr>
      <w:tr w:rsidR="00AE1286" w14:paraId="19F81599" w14:textId="77777777" w:rsidTr="00AE1286">
        <w:tc>
          <w:tcPr>
            <w:tcW w:w="0" w:type="auto"/>
            <w:hideMark/>
          </w:tcPr>
          <w:p w14:paraId="4A7DA96D" w14:textId="77777777" w:rsidR="00AE1286" w:rsidRPr="00AE1286" w:rsidRDefault="00AE1286">
            <w:pPr>
              <w:rPr>
                <w:rFonts w:ascii="Letter-join Plus 40" w:hAnsi="Letter-join Plus 40"/>
              </w:rPr>
            </w:pPr>
            <w:r w:rsidRPr="00AE1286">
              <w:rPr>
                <w:rStyle w:val="Strong"/>
                <w:rFonts w:ascii="Letter-join Plus 40" w:hAnsi="Letter-join Plus 40"/>
              </w:rPr>
              <w:t>Year 3</w:t>
            </w:r>
          </w:p>
        </w:tc>
        <w:tc>
          <w:tcPr>
            <w:tcW w:w="0" w:type="auto"/>
            <w:hideMark/>
          </w:tcPr>
          <w:p w14:paraId="11BF8C5B" w14:textId="77777777" w:rsidR="00AE1286" w:rsidRDefault="00AE1286">
            <w:pPr>
              <w:rPr>
                <w:rFonts w:ascii="Letter-join Plus 40" w:hAnsi="Letter-join Plus 40"/>
              </w:rPr>
            </w:pPr>
            <w:r w:rsidRPr="00AE1286">
              <w:rPr>
                <w:rFonts w:ascii="Letter-join Plus 40" w:hAnsi="Letter-join Plus 40"/>
              </w:rPr>
              <w:t>• I understand that people have different beliefs, values and identities which should be respected</w:t>
            </w:r>
          </w:p>
          <w:p w14:paraId="2CF20404" w14:textId="77777777" w:rsidR="00AE1286" w:rsidRDefault="00AE1286">
            <w:pPr>
              <w:rPr>
                <w:rFonts w:ascii="Letter-join Plus 40" w:hAnsi="Letter-join Plus 40"/>
              </w:rPr>
            </w:pPr>
            <w:r w:rsidRPr="00AE1286">
              <w:rPr>
                <w:rFonts w:ascii="Letter-join Plus 40" w:hAnsi="Letter-join Plus 40"/>
              </w:rPr>
              <w:t>.• I know that everyone has the right to be treated fairly and equally.</w:t>
            </w:r>
          </w:p>
          <w:p w14:paraId="51D99962" w14:textId="7C7844BD" w:rsidR="00AE1286" w:rsidRPr="00AE1286" w:rsidRDefault="00AE1286">
            <w:pPr>
              <w:rPr>
                <w:rFonts w:ascii="Letter-join Plus 40" w:hAnsi="Letter-join Plus 40"/>
              </w:rPr>
            </w:pPr>
            <w:r w:rsidRPr="00AE1286">
              <w:rPr>
                <w:rFonts w:ascii="Letter-join Plus 40" w:hAnsi="Letter-join Plus 40"/>
              </w:rPr>
              <w:t>• I understand that stereotypes can be unfair and untrue.</w:t>
            </w:r>
          </w:p>
        </w:tc>
        <w:tc>
          <w:tcPr>
            <w:tcW w:w="0" w:type="auto"/>
            <w:hideMark/>
          </w:tcPr>
          <w:p w14:paraId="23DE15D3" w14:textId="493F1F21" w:rsidR="00AE1286" w:rsidRPr="00AE1286" w:rsidRDefault="00AE1286">
            <w:pPr>
              <w:rPr>
                <w:rFonts w:ascii="Letter-join Plus 40" w:hAnsi="Letter-join Plus 40"/>
              </w:rPr>
            </w:pPr>
            <w:r w:rsidRPr="00AE1286">
              <w:rPr>
                <w:rStyle w:val="Strong"/>
                <w:rFonts w:ascii="Letter-join Plus 40" w:hAnsi="Letter-join Plus 40"/>
              </w:rPr>
              <w:t>identity equality</w:t>
            </w:r>
          </w:p>
        </w:tc>
      </w:tr>
      <w:tr w:rsidR="00AE1286" w14:paraId="0C371161" w14:textId="77777777" w:rsidTr="00AE1286">
        <w:tc>
          <w:tcPr>
            <w:tcW w:w="0" w:type="auto"/>
            <w:hideMark/>
          </w:tcPr>
          <w:p w14:paraId="5D614F2B" w14:textId="77777777" w:rsidR="00AE1286" w:rsidRPr="00AE1286" w:rsidRDefault="00AE1286">
            <w:pPr>
              <w:rPr>
                <w:rFonts w:ascii="Letter-join Plus 40" w:hAnsi="Letter-join Plus 40"/>
              </w:rPr>
            </w:pPr>
            <w:r w:rsidRPr="00AE1286">
              <w:rPr>
                <w:rStyle w:val="Strong"/>
                <w:rFonts w:ascii="Letter-join Plus 40" w:hAnsi="Letter-join Plus 40"/>
              </w:rPr>
              <w:t>Year 4</w:t>
            </w:r>
          </w:p>
        </w:tc>
        <w:tc>
          <w:tcPr>
            <w:tcW w:w="0" w:type="auto"/>
            <w:hideMark/>
          </w:tcPr>
          <w:p w14:paraId="605F416B" w14:textId="77777777" w:rsidR="00AE1286" w:rsidRDefault="00AE1286">
            <w:pPr>
              <w:rPr>
                <w:rFonts w:ascii="Letter-join Plus 40" w:hAnsi="Letter-join Plus 40"/>
              </w:rPr>
            </w:pPr>
            <w:r w:rsidRPr="00AE1286">
              <w:rPr>
                <w:rFonts w:ascii="Letter-join Plus 40" w:hAnsi="Letter-join Plus 40"/>
              </w:rPr>
              <w:t>• I understand that diversity means recognising and valuing the differences between people.</w:t>
            </w:r>
          </w:p>
          <w:p w14:paraId="3C3B2C4E" w14:textId="77777777" w:rsidR="00AE1286" w:rsidRDefault="00AE1286">
            <w:pPr>
              <w:rPr>
                <w:rFonts w:ascii="Letter-join Plus 40" w:hAnsi="Letter-join Plus 40"/>
              </w:rPr>
            </w:pPr>
            <w:r w:rsidRPr="00AE1286">
              <w:rPr>
                <w:rFonts w:ascii="Letter-join Plus 40" w:hAnsi="Letter-join Plus 40"/>
              </w:rPr>
              <w:t>• I know that discrimination is unfair and can make people feel excluded</w:t>
            </w:r>
          </w:p>
          <w:p w14:paraId="7927147C" w14:textId="415D881A" w:rsidR="00AE1286" w:rsidRPr="00AE1286" w:rsidRDefault="00AE1286">
            <w:pPr>
              <w:rPr>
                <w:rFonts w:ascii="Letter-join Plus 40" w:hAnsi="Letter-join Plus 40"/>
              </w:rPr>
            </w:pPr>
            <w:r w:rsidRPr="00AE1286">
              <w:rPr>
                <w:rFonts w:ascii="Letter-join Plus 40" w:hAnsi="Letter-join Plus 40"/>
              </w:rPr>
              <w:t>.• I understand that respecting others helps everyone feel a sense of belonging.</w:t>
            </w:r>
          </w:p>
        </w:tc>
        <w:tc>
          <w:tcPr>
            <w:tcW w:w="0" w:type="auto"/>
            <w:hideMark/>
          </w:tcPr>
          <w:p w14:paraId="6B49E084" w14:textId="227D907E" w:rsidR="00AE1286" w:rsidRPr="00AE1286" w:rsidRDefault="00AE1286">
            <w:pPr>
              <w:rPr>
                <w:rFonts w:ascii="Letter-join Plus 40" w:hAnsi="Letter-join Plus 40"/>
              </w:rPr>
            </w:pPr>
            <w:r w:rsidRPr="00AE1286">
              <w:rPr>
                <w:rStyle w:val="Strong"/>
                <w:rFonts w:ascii="Letter-join Plus 40" w:hAnsi="Letter-join Plus 40"/>
              </w:rPr>
              <w:t>diversity discrimination</w:t>
            </w:r>
          </w:p>
        </w:tc>
      </w:tr>
      <w:tr w:rsidR="00AE1286" w14:paraId="47D0BF75" w14:textId="77777777" w:rsidTr="00AE1286">
        <w:tc>
          <w:tcPr>
            <w:tcW w:w="0" w:type="auto"/>
            <w:hideMark/>
          </w:tcPr>
          <w:p w14:paraId="37A27F98" w14:textId="77777777" w:rsidR="00AE1286" w:rsidRPr="00AE1286" w:rsidRDefault="00AE1286">
            <w:pPr>
              <w:rPr>
                <w:rFonts w:ascii="Letter-join Plus 40" w:hAnsi="Letter-join Plus 40"/>
              </w:rPr>
            </w:pPr>
            <w:r w:rsidRPr="00AE1286">
              <w:rPr>
                <w:rStyle w:val="Strong"/>
                <w:rFonts w:ascii="Letter-join Plus 40" w:hAnsi="Letter-join Plus 40"/>
              </w:rPr>
              <w:t>Year 5</w:t>
            </w:r>
          </w:p>
        </w:tc>
        <w:tc>
          <w:tcPr>
            <w:tcW w:w="0" w:type="auto"/>
            <w:hideMark/>
          </w:tcPr>
          <w:p w14:paraId="652C00DD" w14:textId="77777777" w:rsidR="00AE1286" w:rsidRDefault="00AE1286">
            <w:pPr>
              <w:rPr>
                <w:rFonts w:ascii="Letter-join Plus 40" w:hAnsi="Letter-join Plus 40"/>
              </w:rPr>
            </w:pPr>
            <w:r w:rsidRPr="00AE1286">
              <w:rPr>
                <w:rFonts w:ascii="Letter-join Plus 40" w:hAnsi="Letter-join Plus 40"/>
              </w:rPr>
              <w:t>• I understand that people may experience the world differently because of their background, beliefs or personal characteristics.</w:t>
            </w:r>
          </w:p>
          <w:p w14:paraId="3B261E05" w14:textId="77777777" w:rsidR="00AE1286" w:rsidRDefault="00AE1286">
            <w:pPr>
              <w:rPr>
                <w:rFonts w:ascii="Letter-join Plus 40" w:hAnsi="Letter-join Plus 40"/>
              </w:rPr>
            </w:pPr>
            <w:r w:rsidRPr="00AE1286">
              <w:rPr>
                <w:rFonts w:ascii="Letter-join Plus 40" w:hAnsi="Letter-join Plus 40"/>
              </w:rPr>
              <w:t>• I know the importance of respecting Protected Characteristics and challenging stereotypes respectfully</w:t>
            </w:r>
          </w:p>
          <w:p w14:paraId="7005BD63" w14:textId="642A059C" w:rsidR="00AE1286" w:rsidRPr="00AE1286" w:rsidRDefault="00AE1286">
            <w:pPr>
              <w:rPr>
                <w:rFonts w:ascii="Letter-join Plus 40" w:hAnsi="Letter-join Plus 40"/>
              </w:rPr>
            </w:pPr>
            <w:r w:rsidRPr="00AE1286">
              <w:rPr>
                <w:rFonts w:ascii="Letter-join Plus 40" w:hAnsi="Letter-join Plus 40"/>
              </w:rPr>
              <w:t>.• I understand how empathy helps us build inclusive communities.</w:t>
            </w:r>
          </w:p>
        </w:tc>
        <w:tc>
          <w:tcPr>
            <w:tcW w:w="0" w:type="auto"/>
            <w:hideMark/>
          </w:tcPr>
          <w:p w14:paraId="273F70A2" w14:textId="58C1622E" w:rsidR="00AE1286" w:rsidRPr="00AE1286" w:rsidRDefault="00AE1286">
            <w:pPr>
              <w:rPr>
                <w:rFonts w:ascii="Letter-join Plus 40" w:hAnsi="Letter-join Plus 40"/>
              </w:rPr>
            </w:pPr>
            <w:r w:rsidRPr="00AE1286">
              <w:rPr>
                <w:rStyle w:val="Strong"/>
                <w:rFonts w:ascii="Letter-join Plus 40" w:hAnsi="Letter-join Plus 40"/>
              </w:rPr>
              <w:t>protected characteristics stereotype</w:t>
            </w:r>
          </w:p>
        </w:tc>
      </w:tr>
      <w:tr w:rsidR="00AE1286" w14:paraId="57E46755" w14:textId="77777777" w:rsidTr="00AE1286">
        <w:tc>
          <w:tcPr>
            <w:tcW w:w="0" w:type="auto"/>
            <w:hideMark/>
          </w:tcPr>
          <w:p w14:paraId="2E4DC5B8" w14:textId="77777777" w:rsidR="00AE1286" w:rsidRPr="00AE1286" w:rsidRDefault="00AE1286">
            <w:pPr>
              <w:rPr>
                <w:rFonts w:ascii="Letter-join Plus 40" w:hAnsi="Letter-join Plus 40"/>
              </w:rPr>
            </w:pPr>
            <w:r w:rsidRPr="00AE1286">
              <w:rPr>
                <w:rStyle w:val="Strong"/>
                <w:rFonts w:ascii="Letter-join Plus 40" w:hAnsi="Letter-join Plus 40"/>
              </w:rPr>
              <w:t>Year 6</w:t>
            </w:r>
          </w:p>
        </w:tc>
        <w:tc>
          <w:tcPr>
            <w:tcW w:w="0" w:type="auto"/>
            <w:hideMark/>
          </w:tcPr>
          <w:p w14:paraId="68E078B9" w14:textId="77777777" w:rsidR="00AE1286" w:rsidRDefault="00AE1286">
            <w:pPr>
              <w:rPr>
                <w:rFonts w:ascii="Letter-join Plus 40" w:hAnsi="Letter-join Plus 40"/>
              </w:rPr>
            </w:pPr>
            <w:r w:rsidRPr="00AE1286">
              <w:rPr>
                <w:rFonts w:ascii="Letter-join Plus 40" w:hAnsi="Letter-join Plus 40"/>
              </w:rPr>
              <w:t>• I understand that modern Britain is made up of people with a wide range of faiths, cultures, identities and beliefs</w:t>
            </w:r>
          </w:p>
          <w:p w14:paraId="181535CB" w14:textId="77777777" w:rsidR="00AE1286" w:rsidRDefault="00AE1286">
            <w:pPr>
              <w:rPr>
                <w:rFonts w:ascii="Letter-join Plus 40" w:hAnsi="Letter-join Plus 40"/>
              </w:rPr>
            </w:pPr>
            <w:r w:rsidRPr="00AE1286">
              <w:rPr>
                <w:rFonts w:ascii="Letter-join Plus 40" w:hAnsi="Letter-join Plus 40"/>
              </w:rPr>
              <w:t>.• I know that everyone has the right to live free from discrimination and prejudice.</w:t>
            </w:r>
          </w:p>
          <w:p w14:paraId="78A6F1FE" w14:textId="06842F3F" w:rsidR="00AE1286" w:rsidRPr="00AE1286" w:rsidRDefault="00AE1286">
            <w:pPr>
              <w:rPr>
                <w:rFonts w:ascii="Letter-join Plus 40" w:hAnsi="Letter-join Plus 40"/>
              </w:rPr>
            </w:pPr>
            <w:r w:rsidRPr="00AE1286">
              <w:rPr>
                <w:rFonts w:ascii="Letter-join Plus 40" w:hAnsi="Letter-join Plus 40"/>
              </w:rPr>
              <w:t>• I understand that being a responsible citizen means celebrating diversity, promoting inclusion and standing up against discrimination.</w:t>
            </w:r>
          </w:p>
        </w:tc>
        <w:tc>
          <w:tcPr>
            <w:tcW w:w="0" w:type="auto"/>
            <w:hideMark/>
          </w:tcPr>
          <w:p w14:paraId="379E886C" w14:textId="7F726DC3" w:rsidR="00AE1286" w:rsidRPr="00AE1286" w:rsidRDefault="00AE1286">
            <w:pPr>
              <w:rPr>
                <w:rFonts w:ascii="Letter-join Plus 40" w:hAnsi="Letter-join Plus 40"/>
              </w:rPr>
            </w:pPr>
            <w:r w:rsidRPr="00AE1286">
              <w:rPr>
                <w:rStyle w:val="Strong"/>
                <w:rFonts w:ascii="Letter-join Plus 40" w:hAnsi="Letter-join Plus 40"/>
              </w:rPr>
              <w:t>inclusion tolerance</w:t>
            </w:r>
          </w:p>
        </w:tc>
      </w:tr>
    </w:tbl>
    <w:p w14:paraId="0422F693" w14:textId="77777777" w:rsidR="00AE1286" w:rsidRPr="00AE1286" w:rsidRDefault="00AE1286" w:rsidP="00AE1286"/>
    <w:p w14:paraId="2530D4EC" w14:textId="77777777" w:rsidR="00AE1286" w:rsidRDefault="00AE1286">
      <w:pPr>
        <w:spacing w:after="200" w:line="276" w:lineRule="auto"/>
        <w:rPr>
          <w:rFonts w:ascii="Letter-join Plus 40" w:eastAsiaTheme="majorEastAsia" w:hAnsi="Letter-join Plus 40" w:cs="Calibri"/>
          <w:color w:val="4F81BD" w:themeColor="accent1"/>
          <w:sz w:val="26"/>
          <w:szCs w:val="26"/>
        </w:rPr>
      </w:pPr>
      <w:r>
        <w:rPr>
          <w:rFonts w:ascii="Letter-join Plus 40" w:hAnsi="Letter-join Plus 40" w:cs="Calibri"/>
          <w:b/>
          <w:bCs/>
        </w:rPr>
        <w:br w:type="page"/>
      </w:r>
    </w:p>
    <w:p w14:paraId="1D7B2665" w14:textId="279BF5C9" w:rsidR="00DF5958" w:rsidRPr="006D6F86" w:rsidRDefault="00000000">
      <w:pPr>
        <w:pStyle w:val="Heading2"/>
        <w:rPr>
          <w:rFonts w:ascii="Letter-join Plus 40" w:hAnsi="Letter-join Plus 40" w:cs="Calibri"/>
          <w:b w:val="0"/>
          <w:bCs w:val="0"/>
        </w:rPr>
      </w:pPr>
      <w:r w:rsidRPr="006D6F86">
        <w:rPr>
          <w:rFonts w:ascii="Letter-join Plus 40" w:hAnsi="Letter-join Plus 40" w:cs="Calibri"/>
          <w:b w:val="0"/>
          <w:bCs w:val="0"/>
        </w:rPr>
        <w:lastRenderedPageBreak/>
        <w:t>How this value is developed at Parklands</w:t>
      </w:r>
    </w:p>
    <w:tbl>
      <w:tblPr>
        <w:tblStyle w:val="TableGridLight"/>
        <w:tblW w:w="0" w:type="auto"/>
        <w:tblLook w:val="04A0" w:firstRow="1" w:lastRow="0" w:firstColumn="1" w:lastColumn="0" w:noHBand="0" w:noVBand="1"/>
      </w:tblPr>
      <w:tblGrid>
        <w:gridCol w:w="4802"/>
        <w:gridCol w:w="4795"/>
        <w:gridCol w:w="4793"/>
      </w:tblGrid>
      <w:tr w:rsidR="003C5765" w14:paraId="098297D9" w14:textId="77777777" w:rsidTr="00AE1286">
        <w:tc>
          <w:tcPr>
            <w:tcW w:w="4872" w:type="dxa"/>
          </w:tcPr>
          <w:p w14:paraId="65BE9C00" w14:textId="4B8F2814" w:rsidR="003C5765" w:rsidRPr="006D6F86" w:rsidRDefault="003C5765" w:rsidP="001B7076">
            <w:pPr>
              <w:spacing w:before="100" w:beforeAutospacing="1" w:after="100" w:afterAutospacing="1"/>
              <w:jc w:val="center"/>
              <w:rPr>
                <w:rFonts w:ascii="Letter-join Plus 40" w:hAnsi="Letter-join Plus 40"/>
                <w:color w:val="4F81BD" w:themeColor="accent1"/>
              </w:rPr>
            </w:pPr>
            <w:r>
              <w:rPr>
                <w:rFonts w:ascii="Letter-join Plus 40" w:hAnsi="Letter-join Plus 40"/>
                <w:color w:val="4F81BD" w:themeColor="accent1"/>
              </w:rPr>
              <w:t>Curriculum</w:t>
            </w:r>
          </w:p>
        </w:tc>
        <w:tc>
          <w:tcPr>
            <w:tcW w:w="4872" w:type="dxa"/>
          </w:tcPr>
          <w:p w14:paraId="5C738C95" w14:textId="765633B4" w:rsidR="003C5765" w:rsidRPr="006D6F86" w:rsidRDefault="003C5765" w:rsidP="001B7076">
            <w:pPr>
              <w:spacing w:before="100" w:beforeAutospacing="1" w:after="100" w:afterAutospacing="1"/>
              <w:jc w:val="center"/>
              <w:rPr>
                <w:rFonts w:ascii="Letter-join Plus 40" w:hAnsi="Letter-join Plus 40"/>
                <w:color w:val="4F81BD" w:themeColor="accent1"/>
              </w:rPr>
            </w:pPr>
            <w:r>
              <w:rPr>
                <w:rFonts w:ascii="Letter-join Plus 40" w:hAnsi="Letter-join Plus 40"/>
                <w:color w:val="4F81BD" w:themeColor="accent1"/>
              </w:rPr>
              <w:t>Visitors</w:t>
            </w:r>
          </w:p>
        </w:tc>
        <w:tc>
          <w:tcPr>
            <w:tcW w:w="4872" w:type="dxa"/>
          </w:tcPr>
          <w:p w14:paraId="57E50F23" w14:textId="6F88CED8" w:rsidR="003C5765" w:rsidRPr="006D6F86" w:rsidRDefault="003C5765" w:rsidP="001B7076">
            <w:pPr>
              <w:spacing w:before="100" w:beforeAutospacing="1" w:after="100" w:afterAutospacing="1"/>
              <w:jc w:val="center"/>
              <w:rPr>
                <w:rFonts w:ascii="Letter-join Plus 40" w:hAnsi="Letter-join Plus 40"/>
                <w:color w:val="4F81BD" w:themeColor="accent1"/>
              </w:rPr>
            </w:pPr>
            <w:r>
              <w:rPr>
                <w:rFonts w:ascii="Letter-join Plus 40" w:hAnsi="Letter-join Plus 40"/>
                <w:color w:val="4F81BD" w:themeColor="accent1"/>
              </w:rPr>
              <w:t>Celebrations</w:t>
            </w:r>
          </w:p>
        </w:tc>
      </w:tr>
      <w:tr w:rsidR="003C5765" w14:paraId="5718D7E1" w14:textId="77777777" w:rsidTr="00AE1286">
        <w:tc>
          <w:tcPr>
            <w:tcW w:w="4872" w:type="dxa"/>
          </w:tcPr>
          <w:p w14:paraId="755B68FA" w14:textId="77777777"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Pathways RE </w:t>
            </w:r>
          </w:p>
          <w:p w14:paraId="4ED72BEA" w14:textId="77777777"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Protected Characteristics </w:t>
            </w:r>
          </w:p>
          <w:p w14:paraId="2FBC9BD5" w14:textId="77777777"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Diversity Role Models </w:t>
            </w:r>
          </w:p>
          <w:p w14:paraId="31DB3804" w14:textId="1E46B4AA"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Picture News </w:t>
            </w:r>
          </w:p>
        </w:tc>
        <w:tc>
          <w:tcPr>
            <w:tcW w:w="4872" w:type="dxa"/>
          </w:tcPr>
          <w:p w14:paraId="42B6AB88" w14:textId="10AF734A" w:rsidR="003C5765" w:rsidRPr="003C5765" w:rsidRDefault="003C5765" w:rsidP="003C5765">
            <w:pPr>
              <w:numPr>
                <w:ilvl w:val="0"/>
                <w:numId w:val="17"/>
              </w:numPr>
              <w:spacing w:before="100" w:beforeAutospacing="1" w:after="100" w:afterAutospacing="1"/>
              <w:rPr>
                <w:rFonts w:ascii="Letter-join Plus 40" w:hAnsi="Letter-join Plus 40"/>
              </w:rPr>
            </w:pPr>
            <w:r w:rsidRPr="006D6F86">
              <w:rPr>
                <w:rFonts w:ascii="Letter-join Plus 40" w:hAnsi="Letter-join Plus 40"/>
              </w:rPr>
              <w:t xml:space="preserve"> </w:t>
            </w:r>
            <w:r w:rsidRPr="003C5765">
              <w:rPr>
                <w:rFonts w:ascii="Letter-join Plus 40" w:hAnsi="Letter-join Plus 40"/>
              </w:rPr>
              <w:t></w:t>
            </w:r>
            <w:r w:rsidRPr="003C5765">
              <w:rPr>
                <w:rFonts w:ascii="Letter-join Plus 40" w:hAnsi="Letter-join Plus 40"/>
              </w:rPr>
              <w:t xml:space="preserve">Faith visitors </w:t>
            </w:r>
          </w:p>
          <w:p w14:paraId="74DF5B38" w14:textId="77777777"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  Places of worship </w:t>
            </w:r>
          </w:p>
          <w:p w14:paraId="37BB5E58" w14:textId="77777777"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  Community speakers </w:t>
            </w:r>
          </w:p>
          <w:p w14:paraId="0C6210D1" w14:textId="2A1F1822"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Careers visitors</w:t>
            </w:r>
          </w:p>
        </w:tc>
        <w:tc>
          <w:tcPr>
            <w:tcW w:w="4872" w:type="dxa"/>
          </w:tcPr>
          <w:p w14:paraId="3FE905A9" w14:textId="77777777"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  Eid </w:t>
            </w:r>
          </w:p>
          <w:p w14:paraId="698AF1DE" w14:textId="77777777"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  Diwali </w:t>
            </w:r>
          </w:p>
          <w:p w14:paraId="126DCAD0" w14:textId="77777777"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xml:space="preserve">  Christmas </w:t>
            </w:r>
          </w:p>
          <w:p w14:paraId="65D92978" w14:textId="190A3607" w:rsidR="003C5765" w:rsidRPr="003C5765" w:rsidRDefault="003C5765" w:rsidP="003C5765">
            <w:pPr>
              <w:numPr>
                <w:ilvl w:val="0"/>
                <w:numId w:val="17"/>
              </w:numPr>
              <w:spacing w:before="100" w:beforeAutospacing="1" w:after="100" w:afterAutospacing="1"/>
              <w:rPr>
                <w:rFonts w:ascii="Letter-join Plus 40" w:hAnsi="Letter-join Plus 40"/>
              </w:rPr>
            </w:pPr>
            <w:r w:rsidRPr="003C5765">
              <w:rPr>
                <w:rFonts w:ascii="Letter-join Plus 40" w:hAnsi="Letter-join Plus 40"/>
              </w:rPr>
              <w:t>  Cultural awareness</w:t>
            </w:r>
          </w:p>
        </w:tc>
      </w:tr>
    </w:tbl>
    <w:p w14:paraId="2065E5C0" w14:textId="517EA03D" w:rsidR="00DF5958" w:rsidRPr="006D6F86" w:rsidRDefault="00000000">
      <w:pPr>
        <w:pStyle w:val="Heading2"/>
        <w:rPr>
          <w:rFonts w:ascii="Letter-join Plus 40" w:hAnsi="Letter-join Plus 40" w:cs="Calibri"/>
          <w:b w:val="0"/>
          <w:bCs w:val="0"/>
        </w:rPr>
      </w:pPr>
      <w:r w:rsidRPr="006D6F86">
        <w:rPr>
          <w:rFonts w:ascii="Letter-join Plus 40" w:hAnsi="Letter-join Plus 40" w:cs="Calibri"/>
          <w:b w:val="0"/>
          <w:bCs w:val="0"/>
        </w:rPr>
        <w:t>By the end of Year 6, a Parklands pupil will…</w:t>
      </w:r>
    </w:p>
    <w:p w14:paraId="5D7795B0" w14:textId="77777777" w:rsidR="006D6F86" w:rsidRPr="006D6F86" w:rsidRDefault="006D6F86" w:rsidP="006D6F86">
      <w:pPr>
        <w:spacing w:before="100" w:beforeAutospacing="1" w:after="100" w:afterAutospacing="1"/>
        <w:rPr>
          <w:rFonts w:ascii="Letter-join Plus 40" w:hAnsi="Letter-join Plus 40"/>
        </w:rPr>
      </w:pPr>
      <w:r w:rsidRPr="006D6F86">
        <w:rPr>
          <w:rFonts w:ascii="Letter-join Plus 40" w:hAnsi="Letter-join Plus 40"/>
        </w:rPr>
        <w:t>A Parklands pupil will celebrate diversity and recognise that our differences make our communities stronger.</w:t>
      </w:r>
    </w:p>
    <w:p w14:paraId="4FB66305" w14:textId="77777777" w:rsidR="006D6F86" w:rsidRPr="006D6F86" w:rsidRDefault="006D6F86" w:rsidP="006D6F86">
      <w:pPr>
        <w:spacing w:before="100" w:beforeAutospacing="1" w:after="100" w:afterAutospacing="1"/>
        <w:rPr>
          <w:rFonts w:ascii="Letter-join Plus 40" w:hAnsi="Letter-join Plus 40"/>
        </w:rPr>
      </w:pPr>
      <w:r w:rsidRPr="006D6F86">
        <w:rPr>
          <w:rFonts w:ascii="Letter-join Plus 40" w:hAnsi="Letter-join Plus 40"/>
        </w:rPr>
        <w:t>They will:</w:t>
      </w:r>
    </w:p>
    <w:p w14:paraId="230187BE" w14:textId="77777777" w:rsidR="006D6F86" w:rsidRPr="006D6F86" w:rsidRDefault="006D6F86" w:rsidP="006D6F86">
      <w:pPr>
        <w:numPr>
          <w:ilvl w:val="0"/>
          <w:numId w:val="14"/>
        </w:numPr>
        <w:spacing w:before="100" w:beforeAutospacing="1" w:after="100" w:afterAutospacing="1"/>
        <w:rPr>
          <w:rFonts w:ascii="Letter-join Plus 40" w:hAnsi="Letter-join Plus 40"/>
        </w:rPr>
      </w:pPr>
      <w:r w:rsidRPr="006D6F86">
        <w:rPr>
          <w:rFonts w:ascii="Letter-join Plus 40" w:hAnsi="Letter-join Plus 40"/>
        </w:rPr>
        <w:t xml:space="preserve">demonstrate curiosity and respect towards different cultures, faiths, beliefs and ways of life; </w:t>
      </w:r>
    </w:p>
    <w:p w14:paraId="0CC13E19" w14:textId="77777777" w:rsidR="006D6F86" w:rsidRPr="006D6F86" w:rsidRDefault="006D6F86" w:rsidP="006D6F86">
      <w:pPr>
        <w:numPr>
          <w:ilvl w:val="0"/>
          <w:numId w:val="14"/>
        </w:numPr>
        <w:spacing w:before="100" w:beforeAutospacing="1" w:after="100" w:afterAutospacing="1"/>
        <w:rPr>
          <w:rFonts w:ascii="Letter-join Plus 40" w:hAnsi="Letter-join Plus 40"/>
        </w:rPr>
      </w:pPr>
      <w:r w:rsidRPr="006D6F86">
        <w:rPr>
          <w:rFonts w:ascii="Letter-join Plus 40" w:hAnsi="Letter-join Plus 40"/>
        </w:rPr>
        <w:t xml:space="preserve">understand and value the Protected Characteristics within the Equality Act; </w:t>
      </w:r>
    </w:p>
    <w:p w14:paraId="6C77EFCA" w14:textId="77777777" w:rsidR="006D6F86" w:rsidRPr="006D6F86" w:rsidRDefault="006D6F86" w:rsidP="006D6F86">
      <w:pPr>
        <w:numPr>
          <w:ilvl w:val="0"/>
          <w:numId w:val="14"/>
        </w:numPr>
        <w:spacing w:before="100" w:beforeAutospacing="1" w:after="100" w:afterAutospacing="1"/>
        <w:rPr>
          <w:rFonts w:ascii="Letter-join Plus 40" w:hAnsi="Letter-join Plus 40"/>
        </w:rPr>
      </w:pPr>
      <w:r w:rsidRPr="006D6F86">
        <w:rPr>
          <w:rFonts w:ascii="Letter-join Plus 40" w:hAnsi="Letter-join Plus 40"/>
        </w:rPr>
        <w:t xml:space="preserve">challenge stereotypes and discriminatory behaviour appropriately; </w:t>
      </w:r>
    </w:p>
    <w:p w14:paraId="287B8A3B" w14:textId="3BEB33E8" w:rsidR="00DF5958" w:rsidRPr="006D6F86" w:rsidRDefault="006D6F86" w:rsidP="006D6F86">
      <w:pPr>
        <w:numPr>
          <w:ilvl w:val="0"/>
          <w:numId w:val="14"/>
        </w:numPr>
        <w:spacing w:before="100" w:beforeAutospacing="1" w:after="100" w:afterAutospacing="1"/>
        <w:rPr>
          <w:rFonts w:ascii="Letter-join Plus 40" w:hAnsi="Letter-join Plus 40"/>
        </w:rPr>
      </w:pPr>
      <w:r w:rsidRPr="006D6F86">
        <w:rPr>
          <w:rFonts w:ascii="Letter-join Plus 40" w:hAnsi="Letter-join Plus 40"/>
        </w:rPr>
        <w:t>appreciate that everyone has the right to be treated fairly, with kindness and respect.</w:t>
      </w:r>
    </w:p>
    <w:p w14:paraId="7AABFBDC" w14:textId="77777777" w:rsidR="00DF5958" w:rsidRPr="006D6F86" w:rsidRDefault="00000000">
      <w:pPr>
        <w:pStyle w:val="Heading1"/>
        <w:rPr>
          <w:rFonts w:ascii="Letter-join Plus 40" w:hAnsi="Letter-join Plus 40" w:cs="Calibri"/>
          <w:b w:val="0"/>
          <w:bCs w:val="0"/>
        </w:rPr>
      </w:pPr>
      <w:r w:rsidRPr="006D6F86">
        <w:rPr>
          <w:rFonts w:ascii="Letter-join Plus 40" w:hAnsi="Letter-join Plus 40" w:cs="Calibri"/>
          <w:b w:val="0"/>
          <w:bCs w:val="0"/>
        </w:rPr>
        <w:t>Parklands Pupil Outcomes</w:t>
      </w:r>
    </w:p>
    <w:p w14:paraId="32EA2387" w14:textId="77777777" w:rsidR="00DF5958" w:rsidRPr="006D6F86" w:rsidRDefault="00000000">
      <w:pPr>
        <w:pStyle w:val="ListBullet"/>
        <w:rPr>
          <w:rFonts w:ascii="Letter-join Plus 40" w:hAnsi="Letter-join Plus 40" w:cs="Calibri"/>
        </w:rPr>
      </w:pPr>
      <w:r w:rsidRPr="006D6F86">
        <w:rPr>
          <w:rFonts w:ascii="Letter-join Plus 40" w:hAnsi="Letter-join Plus 40" w:cs="Calibri"/>
        </w:rPr>
        <w:t>Kind and respectful</w:t>
      </w:r>
    </w:p>
    <w:p w14:paraId="5B61CE94" w14:textId="77777777" w:rsidR="00DF5958" w:rsidRPr="006D6F86" w:rsidRDefault="00000000">
      <w:pPr>
        <w:pStyle w:val="ListBullet"/>
        <w:rPr>
          <w:rFonts w:ascii="Letter-join Plus 40" w:hAnsi="Letter-join Plus 40" w:cs="Calibri"/>
        </w:rPr>
      </w:pPr>
      <w:r w:rsidRPr="006D6F86">
        <w:rPr>
          <w:rFonts w:ascii="Letter-join Plus 40" w:hAnsi="Letter-join Plus 40" w:cs="Calibri"/>
        </w:rPr>
        <w:t>Confident communicators</w:t>
      </w:r>
    </w:p>
    <w:p w14:paraId="523EEA1E" w14:textId="77777777" w:rsidR="00DF5958" w:rsidRPr="006D6F86" w:rsidRDefault="00000000">
      <w:pPr>
        <w:pStyle w:val="ListBullet"/>
        <w:rPr>
          <w:rFonts w:ascii="Letter-join Plus 40" w:hAnsi="Letter-join Plus 40" w:cs="Calibri"/>
        </w:rPr>
      </w:pPr>
      <w:r w:rsidRPr="006D6F86">
        <w:rPr>
          <w:rFonts w:ascii="Letter-join Plus 40" w:hAnsi="Letter-join Plus 40" w:cs="Calibri"/>
        </w:rPr>
        <w:t>Responsible decision-makers</w:t>
      </w:r>
    </w:p>
    <w:p w14:paraId="52A85F62" w14:textId="77777777" w:rsidR="00DF5958" w:rsidRPr="006D6F86" w:rsidRDefault="00000000">
      <w:pPr>
        <w:pStyle w:val="ListBullet"/>
        <w:rPr>
          <w:rFonts w:ascii="Letter-join Plus 40" w:hAnsi="Letter-join Plus 40" w:cs="Calibri"/>
        </w:rPr>
      </w:pPr>
      <w:r w:rsidRPr="006D6F86">
        <w:rPr>
          <w:rFonts w:ascii="Letter-join Plus 40" w:hAnsi="Letter-join Plus 40" w:cs="Calibri"/>
        </w:rPr>
        <w:t>Inclusive and respectful of diversity</w:t>
      </w:r>
    </w:p>
    <w:p w14:paraId="20600E51" w14:textId="77777777" w:rsidR="00DF5958" w:rsidRDefault="00000000">
      <w:pPr>
        <w:pStyle w:val="ListBullet"/>
        <w:rPr>
          <w:rFonts w:ascii="Letter-join Plus 40" w:hAnsi="Letter-join Plus 40" w:cs="Calibri"/>
        </w:rPr>
      </w:pPr>
      <w:r w:rsidRPr="006D6F86">
        <w:rPr>
          <w:rFonts w:ascii="Letter-join Plus 40" w:hAnsi="Letter-join Plus 40" w:cs="Calibri"/>
        </w:rPr>
        <w:t>Ready for the next stage of education and life in modern Britain</w:t>
      </w:r>
    </w:p>
    <w:p w14:paraId="706D99D0" w14:textId="77777777" w:rsidR="003C5765" w:rsidRDefault="003C5765" w:rsidP="003C5765">
      <w:pPr>
        <w:pStyle w:val="ListBullet"/>
        <w:numPr>
          <w:ilvl w:val="0"/>
          <w:numId w:val="0"/>
        </w:numPr>
        <w:ind w:left="360" w:hanging="360"/>
        <w:rPr>
          <w:rFonts w:ascii="Letter-join Plus 40" w:hAnsi="Letter-join Plus 40" w:cs="Calibri"/>
        </w:rPr>
      </w:pPr>
    </w:p>
    <w:p w14:paraId="183F1687" w14:textId="190FC3F3" w:rsidR="003C5765" w:rsidRDefault="003C5765" w:rsidP="00AE1286">
      <w:pPr>
        <w:spacing w:after="200" w:line="276" w:lineRule="auto"/>
        <w:rPr>
          <w:rFonts w:ascii="Letter-join Plus 40" w:hAnsi="Letter-join Plus 40" w:cs="Calibri"/>
        </w:rPr>
      </w:pPr>
    </w:p>
    <w:p w14:paraId="37990E65" w14:textId="05C9FCCE" w:rsidR="00AE1286" w:rsidRDefault="00AE1286">
      <w:pPr>
        <w:spacing w:after="200" w:line="276" w:lineRule="auto"/>
        <w:rPr>
          <w:rFonts w:ascii="Letter-join Plus 40" w:hAnsi="Letter-join Plus 40" w:cs="Calibri"/>
        </w:rPr>
      </w:pPr>
      <w:r>
        <w:rPr>
          <w:rFonts w:ascii="Letter-join Plus 40" w:hAnsi="Letter-join Plus 40" w:cs="Calibri"/>
        </w:rPr>
        <w:br w:type="page"/>
      </w:r>
    </w:p>
    <w:p w14:paraId="30F42295" w14:textId="3379C6DD" w:rsidR="00AE1286" w:rsidRDefault="00AE1286" w:rsidP="00AE1286">
      <w:pPr>
        <w:spacing w:after="200" w:line="276" w:lineRule="auto"/>
        <w:jc w:val="center"/>
        <w:rPr>
          <w:rFonts w:ascii="Letter-join Plus 40" w:hAnsi="Letter-join Plus 40"/>
          <w:b/>
          <w:bCs/>
          <w:color w:val="4F81BD" w:themeColor="accent1"/>
          <w:sz w:val="32"/>
          <w:szCs w:val="32"/>
        </w:rPr>
      </w:pPr>
      <w:r w:rsidRPr="00AE1286">
        <w:rPr>
          <w:rFonts w:ascii="Letter-join Plus 40" w:hAnsi="Letter-join Plus 40"/>
          <w:b/>
          <w:bCs/>
          <w:color w:val="4F81BD" w:themeColor="accent1"/>
          <w:sz w:val="32"/>
          <w:szCs w:val="32"/>
        </w:rPr>
        <w:lastRenderedPageBreak/>
        <w:t>At Parklands Primary School, we don't simply teach British Values—we nurture children to live them, lead through them and carry them confidently into the future.</w:t>
      </w:r>
    </w:p>
    <w:p w14:paraId="70BF392E" w14:textId="77777777" w:rsidR="00AE1286" w:rsidRDefault="00AE1286" w:rsidP="00AE1286">
      <w:pPr>
        <w:spacing w:after="200" w:line="276" w:lineRule="auto"/>
        <w:jc w:val="center"/>
        <w:rPr>
          <w:rFonts w:ascii="Letter-join Plus 40" w:hAnsi="Letter-join Plus 40"/>
          <w:b/>
          <w:bCs/>
          <w:color w:val="4F81BD" w:themeColor="accent1"/>
          <w:sz w:val="32"/>
          <w:szCs w:val="32"/>
        </w:rPr>
      </w:pPr>
    </w:p>
    <w:tbl>
      <w:tblPr>
        <w:tblStyle w:val="TableGridLight"/>
        <w:tblW w:w="0" w:type="auto"/>
        <w:jc w:val="center"/>
        <w:tblLook w:val="04A0" w:firstRow="1" w:lastRow="0" w:firstColumn="1" w:lastColumn="0" w:noHBand="0" w:noVBand="1"/>
      </w:tblPr>
      <w:tblGrid>
        <w:gridCol w:w="4075"/>
        <w:gridCol w:w="2024"/>
        <w:gridCol w:w="6664"/>
      </w:tblGrid>
      <w:tr w:rsidR="00AE1286" w14:paraId="486B9126" w14:textId="77777777" w:rsidTr="00AE1286">
        <w:trPr>
          <w:jc w:val="center"/>
        </w:trPr>
        <w:tc>
          <w:tcPr>
            <w:tcW w:w="0" w:type="auto"/>
            <w:hideMark/>
          </w:tcPr>
          <w:p w14:paraId="399791D0" w14:textId="77777777" w:rsidR="00AE1286" w:rsidRPr="00AE1286" w:rsidRDefault="00AE1286">
            <w:pPr>
              <w:jc w:val="center"/>
              <w:rPr>
                <w:rFonts w:ascii="Letter-join Plus 40" w:hAnsi="Letter-join Plus 40"/>
                <w:b/>
                <w:bCs/>
              </w:rPr>
            </w:pPr>
            <w:r w:rsidRPr="00AE1286">
              <w:rPr>
                <w:rFonts w:ascii="Letter-join Plus 40" w:hAnsi="Letter-join Plus 40"/>
                <w:b/>
                <w:bCs/>
              </w:rPr>
              <w:t>British Value</w:t>
            </w:r>
          </w:p>
        </w:tc>
        <w:tc>
          <w:tcPr>
            <w:tcW w:w="0" w:type="auto"/>
            <w:hideMark/>
          </w:tcPr>
          <w:p w14:paraId="06C1B0C2" w14:textId="77777777" w:rsidR="00AE1286" w:rsidRPr="00AE1286" w:rsidRDefault="00AE1286">
            <w:pPr>
              <w:jc w:val="center"/>
              <w:rPr>
                <w:rFonts w:ascii="Letter-join Plus 40" w:hAnsi="Letter-join Plus 40"/>
                <w:b/>
                <w:bCs/>
              </w:rPr>
            </w:pPr>
            <w:r w:rsidRPr="00AE1286">
              <w:rPr>
                <w:rFonts w:ascii="Letter-join Plus 40" w:hAnsi="Letter-join Plus 40"/>
                <w:b/>
                <w:bCs/>
              </w:rPr>
              <w:t>EYFS begins with...</w:t>
            </w:r>
          </w:p>
        </w:tc>
        <w:tc>
          <w:tcPr>
            <w:tcW w:w="0" w:type="auto"/>
            <w:hideMark/>
          </w:tcPr>
          <w:p w14:paraId="4FA6ADEF" w14:textId="77777777" w:rsidR="00AE1286" w:rsidRPr="00AE1286" w:rsidRDefault="00AE1286">
            <w:pPr>
              <w:jc w:val="center"/>
              <w:rPr>
                <w:rFonts w:ascii="Letter-join Plus 40" w:hAnsi="Letter-join Plus 40"/>
                <w:b/>
                <w:bCs/>
              </w:rPr>
            </w:pPr>
            <w:r w:rsidRPr="00AE1286">
              <w:rPr>
                <w:rFonts w:ascii="Letter-join Plus 40" w:hAnsi="Letter-join Plus 40"/>
                <w:b/>
                <w:bCs/>
              </w:rPr>
              <w:t>Year 6 ends with...</w:t>
            </w:r>
          </w:p>
        </w:tc>
      </w:tr>
      <w:tr w:rsidR="00AE1286" w14:paraId="656BA0E7" w14:textId="77777777" w:rsidTr="00AE1286">
        <w:trPr>
          <w:jc w:val="center"/>
        </w:trPr>
        <w:tc>
          <w:tcPr>
            <w:tcW w:w="0" w:type="auto"/>
            <w:hideMark/>
          </w:tcPr>
          <w:p w14:paraId="61AC4B26" w14:textId="77777777" w:rsidR="00AE1286" w:rsidRPr="00AE1286" w:rsidRDefault="00AE1286">
            <w:pPr>
              <w:rPr>
                <w:rFonts w:ascii="Letter-join Plus 40" w:hAnsi="Letter-join Plus 40"/>
              </w:rPr>
            </w:pPr>
            <w:r w:rsidRPr="00AE1286">
              <w:rPr>
                <w:rStyle w:val="Strong"/>
                <w:rFonts w:ascii="Letter-join Plus 40" w:hAnsi="Letter-join Plus 40"/>
              </w:rPr>
              <w:t>Democracy</w:t>
            </w:r>
          </w:p>
        </w:tc>
        <w:tc>
          <w:tcPr>
            <w:tcW w:w="0" w:type="auto"/>
            <w:hideMark/>
          </w:tcPr>
          <w:p w14:paraId="29CBE3AC" w14:textId="77777777" w:rsidR="00AE1286" w:rsidRPr="00AE1286" w:rsidRDefault="00AE1286">
            <w:pPr>
              <w:rPr>
                <w:rFonts w:ascii="Letter-join Plus 40" w:hAnsi="Letter-join Plus 40"/>
                <w:i/>
                <w:iCs/>
              </w:rPr>
            </w:pPr>
            <w:r w:rsidRPr="00AE1286">
              <w:rPr>
                <w:rStyle w:val="Emphasis"/>
                <w:rFonts w:ascii="Letter-join Plus 40" w:hAnsi="Letter-join Plus 40"/>
                <w:i w:val="0"/>
                <w:iCs w:val="0"/>
              </w:rPr>
              <w:t>My voice matters.</w:t>
            </w:r>
          </w:p>
        </w:tc>
        <w:tc>
          <w:tcPr>
            <w:tcW w:w="0" w:type="auto"/>
            <w:hideMark/>
          </w:tcPr>
          <w:p w14:paraId="0DEA026C" w14:textId="77777777" w:rsidR="00AE1286" w:rsidRPr="00AE1286" w:rsidRDefault="00AE1286">
            <w:pPr>
              <w:rPr>
                <w:rFonts w:ascii="Letter-join Plus 40" w:hAnsi="Letter-join Plus 40"/>
                <w:i/>
                <w:iCs/>
              </w:rPr>
            </w:pPr>
            <w:r w:rsidRPr="00AE1286">
              <w:rPr>
                <w:rStyle w:val="Emphasis"/>
                <w:rFonts w:ascii="Letter-join Plus 40" w:hAnsi="Letter-join Plus 40"/>
                <w:i w:val="0"/>
                <w:iCs w:val="0"/>
              </w:rPr>
              <w:t>I can influence positive change as a responsible citizen.</w:t>
            </w:r>
          </w:p>
        </w:tc>
      </w:tr>
      <w:tr w:rsidR="00AE1286" w14:paraId="2E2E75D2" w14:textId="77777777" w:rsidTr="00AE1286">
        <w:trPr>
          <w:jc w:val="center"/>
        </w:trPr>
        <w:tc>
          <w:tcPr>
            <w:tcW w:w="0" w:type="auto"/>
            <w:hideMark/>
          </w:tcPr>
          <w:p w14:paraId="6D08BC8B" w14:textId="77777777" w:rsidR="00AE1286" w:rsidRPr="00AE1286" w:rsidRDefault="00AE1286">
            <w:pPr>
              <w:rPr>
                <w:rFonts w:ascii="Letter-join Plus 40" w:hAnsi="Letter-join Plus 40"/>
              </w:rPr>
            </w:pPr>
            <w:r w:rsidRPr="00AE1286">
              <w:rPr>
                <w:rStyle w:val="Strong"/>
                <w:rFonts w:ascii="Letter-join Plus 40" w:hAnsi="Letter-join Plus 40"/>
              </w:rPr>
              <w:t>Rule of Law</w:t>
            </w:r>
          </w:p>
        </w:tc>
        <w:tc>
          <w:tcPr>
            <w:tcW w:w="0" w:type="auto"/>
            <w:hideMark/>
          </w:tcPr>
          <w:p w14:paraId="03361FA7" w14:textId="77777777" w:rsidR="00AE1286" w:rsidRPr="00AE1286" w:rsidRDefault="00AE1286">
            <w:pPr>
              <w:rPr>
                <w:rFonts w:ascii="Letter-join Plus 40" w:hAnsi="Letter-join Plus 40"/>
                <w:i/>
                <w:iCs/>
              </w:rPr>
            </w:pPr>
            <w:r w:rsidRPr="00AE1286">
              <w:rPr>
                <w:rStyle w:val="Emphasis"/>
                <w:rFonts w:ascii="Letter-join Plus 40" w:hAnsi="Letter-join Plus 40"/>
                <w:i w:val="0"/>
                <w:iCs w:val="0"/>
              </w:rPr>
              <w:t>Rules keep me safe.</w:t>
            </w:r>
          </w:p>
        </w:tc>
        <w:tc>
          <w:tcPr>
            <w:tcW w:w="0" w:type="auto"/>
            <w:hideMark/>
          </w:tcPr>
          <w:p w14:paraId="4E690696" w14:textId="77777777" w:rsidR="00AE1286" w:rsidRPr="00AE1286" w:rsidRDefault="00AE1286">
            <w:pPr>
              <w:rPr>
                <w:rFonts w:ascii="Letter-join Plus 40" w:hAnsi="Letter-join Plus 40"/>
                <w:i/>
                <w:iCs/>
              </w:rPr>
            </w:pPr>
            <w:r w:rsidRPr="00AE1286">
              <w:rPr>
                <w:rStyle w:val="Emphasis"/>
                <w:rFonts w:ascii="Letter-join Plus 40" w:hAnsi="Letter-join Plus 40"/>
                <w:i w:val="0"/>
                <w:iCs w:val="0"/>
              </w:rPr>
              <w:t>I understand how laws protect rights and society.</w:t>
            </w:r>
          </w:p>
        </w:tc>
      </w:tr>
      <w:tr w:rsidR="00AE1286" w14:paraId="197498B9" w14:textId="77777777" w:rsidTr="00AE1286">
        <w:trPr>
          <w:jc w:val="center"/>
        </w:trPr>
        <w:tc>
          <w:tcPr>
            <w:tcW w:w="0" w:type="auto"/>
            <w:hideMark/>
          </w:tcPr>
          <w:p w14:paraId="476AD527" w14:textId="77777777" w:rsidR="00AE1286" w:rsidRPr="00AE1286" w:rsidRDefault="00AE1286">
            <w:pPr>
              <w:rPr>
                <w:rFonts w:ascii="Letter-join Plus 40" w:hAnsi="Letter-join Plus 40"/>
              </w:rPr>
            </w:pPr>
            <w:r w:rsidRPr="00AE1286">
              <w:rPr>
                <w:rStyle w:val="Strong"/>
                <w:rFonts w:ascii="Letter-join Plus 40" w:hAnsi="Letter-join Plus 40"/>
              </w:rPr>
              <w:t>Individual Liberty</w:t>
            </w:r>
          </w:p>
        </w:tc>
        <w:tc>
          <w:tcPr>
            <w:tcW w:w="0" w:type="auto"/>
            <w:hideMark/>
          </w:tcPr>
          <w:p w14:paraId="6880072B" w14:textId="77777777" w:rsidR="00AE1286" w:rsidRPr="00AE1286" w:rsidRDefault="00AE1286">
            <w:pPr>
              <w:rPr>
                <w:rFonts w:ascii="Letter-join Plus 40" w:hAnsi="Letter-join Plus 40"/>
                <w:i/>
                <w:iCs/>
              </w:rPr>
            </w:pPr>
            <w:r w:rsidRPr="00AE1286">
              <w:rPr>
                <w:rStyle w:val="Emphasis"/>
                <w:rFonts w:ascii="Letter-join Plus 40" w:hAnsi="Letter-join Plus 40"/>
                <w:i w:val="0"/>
                <w:iCs w:val="0"/>
              </w:rPr>
              <w:t>I can make choices.</w:t>
            </w:r>
          </w:p>
        </w:tc>
        <w:tc>
          <w:tcPr>
            <w:tcW w:w="0" w:type="auto"/>
            <w:hideMark/>
          </w:tcPr>
          <w:p w14:paraId="129FD9D6" w14:textId="77777777" w:rsidR="00AE1286" w:rsidRPr="00AE1286" w:rsidRDefault="00AE1286">
            <w:pPr>
              <w:rPr>
                <w:rFonts w:ascii="Letter-join Plus 40" w:hAnsi="Letter-join Plus 40"/>
                <w:i/>
                <w:iCs/>
              </w:rPr>
            </w:pPr>
            <w:r w:rsidRPr="00AE1286">
              <w:rPr>
                <w:rStyle w:val="Emphasis"/>
                <w:rFonts w:ascii="Letter-join Plus 40" w:hAnsi="Letter-join Plus 40"/>
                <w:i w:val="0"/>
                <w:iCs w:val="0"/>
              </w:rPr>
              <w:t>I make informed, responsible choices while respecting others' freedoms.</w:t>
            </w:r>
          </w:p>
        </w:tc>
      </w:tr>
      <w:tr w:rsidR="00AE1286" w14:paraId="7101EB09" w14:textId="77777777" w:rsidTr="00AE1286">
        <w:trPr>
          <w:jc w:val="center"/>
        </w:trPr>
        <w:tc>
          <w:tcPr>
            <w:tcW w:w="0" w:type="auto"/>
            <w:hideMark/>
          </w:tcPr>
          <w:p w14:paraId="2913AA9B" w14:textId="77777777" w:rsidR="00AE1286" w:rsidRPr="00AE1286" w:rsidRDefault="00AE1286">
            <w:pPr>
              <w:rPr>
                <w:rFonts w:ascii="Letter-join Plus 40" w:hAnsi="Letter-join Plus 40"/>
              </w:rPr>
            </w:pPr>
            <w:r w:rsidRPr="00AE1286">
              <w:rPr>
                <w:rStyle w:val="Strong"/>
                <w:rFonts w:ascii="Letter-join Plus 40" w:hAnsi="Letter-join Plus 40"/>
              </w:rPr>
              <w:t>Mutual Respect</w:t>
            </w:r>
          </w:p>
        </w:tc>
        <w:tc>
          <w:tcPr>
            <w:tcW w:w="0" w:type="auto"/>
            <w:hideMark/>
          </w:tcPr>
          <w:p w14:paraId="7284B507" w14:textId="77777777" w:rsidR="00AE1286" w:rsidRPr="00AE1286" w:rsidRDefault="00AE1286">
            <w:pPr>
              <w:rPr>
                <w:rFonts w:ascii="Letter-join Plus 40" w:hAnsi="Letter-join Plus 40"/>
                <w:i/>
                <w:iCs/>
              </w:rPr>
            </w:pPr>
            <w:r w:rsidRPr="00AE1286">
              <w:rPr>
                <w:rStyle w:val="Emphasis"/>
                <w:rFonts w:ascii="Letter-join Plus 40" w:hAnsi="Letter-join Plus 40"/>
                <w:i w:val="0"/>
                <w:iCs w:val="0"/>
              </w:rPr>
              <w:t>I can be kind.</w:t>
            </w:r>
          </w:p>
        </w:tc>
        <w:tc>
          <w:tcPr>
            <w:tcW w:w="0" w:type="auto"/>
            <w:hideMark/>
          </w:tcPr>
          <w:p w14:paraId="6821BAA3" w14:textId="77777777" w:rsidR="00AE1286" w:rsidRPr="00AE1286" w:rsidRDefault="00AE1286">
            <w:pPr>
              <w:rPr>
                <w:rFonts w:ascii="Letter-join Plus 40" w:hAnsi="Letter-join Plus 40"/>
                <w:i/>
                <w:iCs/>
              </w:rPr>
            </w:pPr>
            <w:r w:rsidRPr="00AE1286">
              <w:rPr>
                <w:rStyle w:val="Emphasis"/>
                <w:rFonts w:ascii="Letter-join Plus 40" w:hAnsi="Letter-join Plus 40"/>
                <w:i w:val="0"/>
                <w:iCs w:val="0"/>
              </w:rPr>
              <w:t>I build inclusive relationships based on empathy, dignity and respect.</w:t>
            </w:r>
          </w:p>
        </w:tc>
      </w:tr>
      <w:tr w:rsidR="00AE1286" w14:paraId="50B7ED8E" w14:textId="77777777" w:rsidTr="00AE1286">
        <w:trPr>
          <w:jc w:val="center"/>
        </w:trPr>
        <w:tc>
          <w:tcPr>
            <w:tcW w:w="0" w:type="auto"/>
            <w:hideMark/>
          </w:tcPr>
          <w:p w14:paraId="71A2A0B8" w14:textId="77777777" w:rsidR="00AE1286" w:rsidRPr="00AE1286" w:rsidRDefault="00AE1286">
            <w:pPr>
              <w:rPr>
                <w:rFonts w:ascii="Letter-join Plus 40" w:hAnsi="Letter-join Plus 40"/>
              </w:rPr>
            </w:pPr>
            <w:r w:rsidRPr="00AE1286">
              <w:rPr>
                <w:rStyle w:val="Strong"/>
                <w:rFonts w:ascii="Letter-join Plus 40" w:hAnsi="Letter-join Plus 40"/>
              </w:rPr>
              <w:t>Tolerance of Different Faiths and Beliefs</w:t>
            </w:r>
          </w:p>
        </w:tc>
        <w:tc>
          <w:tcPr>
            <w:tcW w:w="0" w:type="auto"/>
            <w:hideMark/>
          </w:tcPr>
          <w:p w14:paraId="06FC94A1" w14:textId="77777777" w:rsidR="00AE1286" w:rsidRPr="00AE1286" w:rsidRDefault="00AE1286">
            <w:pPr>
              <w:rPr>
                <w:rFonts w:ascii="Letter-join Plus 40" w:hAnsi="Letter-join Plus 40"/>
                <w:i/>
                <w:iCs/>
              </w:rPr>
            </w:pPr>
            <w:r w:rsidRPr="00AE1286">
              <w:rPr>
                <w:rStyle w:val="Emphasis"/>
                <w:rFonts w:ascii="Letter-join Plus 40" w:hAnsi="Letter-join Plus 40"/>
                <w:i w:val="0"/>
                <w:iCs w:val="0"/>
              </w:rPr>
              <w:t>People are different.</w:t>
            </w:r>
          </w:p>
        </w:tc>
        <w:tc>
          <w:tcPr>
            <w:tcW w:w="0" w:type="auto"/>
            <w:hideMark/>
          </w:tcPr>
          <w:p w14:paraId="22DE999D" w14:textId="77777777" w:rsidR="00AE1286" w:rsidRPr="00AE1286" w:rsidRDefault="00AE1286">
            <w:pPr>
              <w:rPr>
                <w:rFonts w:ascii="Letter-join Plus 40" w:hAnsi="Letter-join Plus 40"/>
                <w:i/>
                <w:iCs/>
              </w:rPr>
            </w:pPr>
            <w:r w:rsidRPr="00AE1286">
              <w:rPr>
                <w:rStyle w:val="Emphasis"/>
                <w:rFonts w:ascii="Letter-join Plus 40" w:hAnsi="Letter-join Plus 40"/>
                <w:i w:val="0"/>
                <w:iCs w:val="0"/>
              </w:rPr>
              <w:t>I celebrate diversity and actively promote equality and inclusion.</w:t>
            </w:r>
          </w:p>
        </w:tc>
      </w:tr>
    </w:tbl>
    <w:p w14:paraId="1AD46D4C" w14:textId="77777777" w:rsidR="00AE1286" w:rsidRDefault="00AE1286" w:rsidP="00AE1286">
      <w:pPr>
        <w:spacing w:after="200" w:line="276" w:lineRule="auto"/>
        <w:jc w:val="center"/>
        <w:rPr>
          <w:rFonts w:ascii="Letter-join Plus 40" w:hAnsi="Letter-join Plus 40" w:cs="Calibri"/>
          <w:b/>
          <w:bCs/>
          <w:color w:val="4F81BD" w:themeColor="accent1"/>
          <w:sz w:val="32"/>
          <w:szCs w:val="32"/>
        </w:rPr>
      </w:pPr>
    </w:p>
    <w:p w14:paraId="59EBD69F" w14:textId="77777777" w:rsidR="00AE1286" w:rsidRDefault="00AE1286" w:rsidP="00AE1286">
      <w:pPr>
        <w:spacing w:after="200" w:line="276" w:lineRule="auto"/>
        <w:jc w:val="center"/>
        <w:rPr>
          <w:rFonts w:ascii="Letter-join Plus 40" w:hAnsi="Letter-join Plus 40" w:cs="Calibri"/>
          <w:b/>
          <w:bCs/>
          <w:color w:val="4F81BD" w:themeColor="accent1"/>
          <w:sz w:val="32"/>
          <w:szCs w:val="32"/>
        </w:rPr>
      </w:pPr>
    </w:p>
    <w:p w14:paraId="49F6B327" w14:textId="77777777" w:rsidR="00AE1286" w:rsidRPr="00AE1286" w:rsidRDefault="00AE1286" w:rsidP="00AE1286">
      <w:pPr>
        <w:spacing w:after="200" w:line="276" w:lineRule="auto"/>
        <w:jc w:val="both"/>
        <w:rPr>
          <w:rFonts w:ascii="Letter-join Plus 40" w:hAnsi="Letter-join Plus 40" w:cs="Calibri"/>
          <w:sz w:val="32"/>
          <w:szCs w:val="32"/>
        </w:rPr>
      </w:pPr>
      <w:r w:rsidRPr="00AE1286">
        <w:rPr>
          <w:rFonts w:ascii="Letter-join Plus 40" w:hAnsi="Letter-join Plus 40" w:cs="Calibri"/>
          <w:sz w:val="32"/>
          <w:szCs w:val="32"/>
        </w:rPr>
        <w:t>We believe every child deserves the opportunity to discover who they are, what they value and the difference they can make.</w:t>
      </w:r>
    </w:p>
    <w:p w14:paraId="1843B5B7" w14:textId="77777777" w:rsidR="00AE1286" w:rsidRPr="00AE1286" w:rsidRDefault="00AE1286" w:rsidP="00AE1286">
      <w:pPr>
        <w:spacing w:after="200" w:line="276" w:lineRule="auto"/>
        <w:jc w:val="both"/>
        <w:rPr>
          <w:rFonts w:ascii="Letter-join Plus 40" w:hAnsi="Letter-join Plus 40" w:cs="Calibri"/>
          <w:sz w:val="32"/>
          <w:szCs w:val="32"/>
        </w:rPr>
      </w:pPr>
      <w:r w:rsidRPr="00AE1286">
        <w:rPr>
          <w:rFonts w:ascii="Letter-join Plus 40" w:hAnsi="Letter-join Plus 40" w:cs="Calibri"/>
          <w:sz w:val="32"/>
          <w:szCs w:val="32"/>
        </w:rPr>
        <w:t>By embedding British Values throughout our curriculum and school community, we nurture children who are curious, courageous and compassionate.</w:t>
      </w:r>
    </w:p>
    <w:p w14:paraId="789ED916" w14:textId="77777777" w:rsidR="00AE1286" w:rsidRPr="00AE1286" w:rsidRDefault="00AE1286" w:rsidP="00AE1286">
      <w:pPr>
        <w:spacing w:after="200" w:line="276" w:lineRule="auto"/>
        <w:jc w:val="both"/>
        <w:rPr>
          <w:rFonts w:ascii="Letter-join Plus 40" w:hAnsi="Letter-join Plus 40" w:cs="Calibri"/>
          <w:sz w:val="32"/>
          <w:szCs w:val="32"/>
        </w:rPr>
      </w:pPr>
      <w:r w:rsidRPr="00AE1286">
        <w:rPr>
          <w:rFonts w:ascii="Letter-join Plus 40" w:hAnsi="Letter-join Plus 40" w:cs="Calibri"/>
          <w:sz w:val="32"/>
          <w:szCs w:val="32"/>
        </w:rPr>
        <w:t>Children leave Parklands not only ready for the next stage of education, but ready to contribute positively to their communities and to society.</w:t>
      </w:r>
    </w:p>
    <w:p w14:paraId="4CE5C6BE" w14:textId="77777777" w:rsidR="00AE1286" w:rsidRPr="00AE1286" w:rsidRDefault="00AE1286" w:rsidP="00AE1286">
      <w:pPr>
        <w:spacing w:after="200" w:line="276" w:lineRule="auto"/>
        <w:jc w:val="center"/>
        <w:rPr>
          <w:rFonts w:ascii="Letter-join Plus 40" w:hAnsi="Letter-join Plus 40" w:cs="Calibri"/>
          <w:b/>
          <w:bCs/>
          <w:color w:val="4F81BD" w:themeColor="accent1"/>
          <w:sz w:val="32"/>
          <w:szCs w:val="32"/>
        </w:rPr>
      </w:pPr>
    </w:p>
    <w:sectPr w:rsidR="00AE1286" w:rsidRPr="00AE1286" w:rsidSect="006D6F86">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Letter-join Plus 40">
    <w:panose1 w:val="020B0604020202020204"/>
    <w:charset w:val="00"/>
    <w:family w:val="auto"/>
    <w:notTrueType/>
    <w:pitch w:val="variable"/>
    <w:sig w:usb0="8000002F" w:usb1="1000000B"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C226A34"/>
    <w:multiLevelType w:val="multilevel"/>
    <w:tmpl w:val="3CA25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4D05C7"/>
    <w:multiLevelType w:val="multilevel"/>
    <w:tmpl w:val="86FCE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623E86"/>
    <w:multiLevelType w:val="multilevel"/>
    <w:tmpl w:val="A36E2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D55213"/>
    <w:multiLevelType w:val="multilevel"/>
    <w:tmpl w:val="EE40A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D36FAC"/>
    <w:multiLevelType w:val="multilevel"/>
    <w:tmpl w:val="AC0E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5C6666"/>
    <w:multiLevelType w:val="multilevel"/>
    <w:tmpl w:val="2668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271D7B"/>
    <w:multiLevelType w:val="multilevel"/>
    <w:tmpl w:val="7F9C2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7873C5"/>
    <w:multiLevelType w:val="multilevel"/>
    <w:tmpl w:val="4680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5F7564"/>
    <w:multiLevelType w:val="multilevel"/>
    <w:tmpl w:val="9C12D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BB6196"/>
    <w:multiLevelType w:val="multilevel"/>
    <w:tmpl w:val="0C3CD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F24D3C"/>
    <w:multiLevelType w:val="multilevel"/>
    <w:tmpl w:val="8C38C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3F1E2B"/>
    <w:multiLevelType w:val="multilevel"/>
    <w:tmpl w:val="3158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894E3C"/>
    <w:multiLevelType w:val="multilevel"/>
    <w:tmpl w:val="14265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1B7BCB"/>
    <w:multiLevelType w:val="multilevel"/>
    <w:tmpl w:val="F322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7789078">
    <w:abstractNumId w:val="8"/>
  </w:num>
  <w:num w:numId="2" w16cid:durableId="1849367927">
    <w:abstractNumId w:val="6"/>
  </w:num>
  <w:num w:numId="3" w16cid:durableId="427430584">
    <w:abstractNumId w:val="5"/>
  </w:num>
  <w:num w:numId="4" w16cid:durableId="574702827">
    <w:abstractNumId w:val="4"/>
  </w:num>
  <w:num w:numId="5" w16cid:durableId="1464811674">
    <w:abstractNumId w:val="7"/>
  </w:num>
  <w:num w:numId="6" w16cid:durableId="2123306016">
    <w:abstractNumId w:val="3"/>
  </w:num>
  <w:num w:numId="7" w16cid:durableId="145823065">
    <w:abstractNumId w:val="2"/>
  </w:num>
  <w:num w:numId="8" w16cid:durableId="1110859505">
    <w:abstractNumId w:val="1"/>
  </w:num>
  <w:num w:numId="9" w16cid:durableId="128284793">
    <w:abstractNumId w:val="0"/>
  </w:num>
  <w:num w:numId="10" w16cid:durableId="117649962">
    <w:abstractNumId w:val="21"/>
  </w:num>
  <w:num w:numId="11" w16cid:durableId="1475873145">
    <w:abstractNumId w:val="19"/>
  </w:num>
  <w:num w:numId="12" w16cid:durableId="1658682901">
    <w:abstractNumId w:val="12"/>
  </w:num>
  <w:num w:numId="13" w16cid:durableId="486630980">
    <w:abstractNumId w:val="14"/>
  </w:num>
  <w:num w:numId="14" w16cid:durableId="608053920">
    <w:abstractNumId w:val="17"/>
  </w:num>
  <w:num w:numId="15" w16cid:durableId="207575072">
    <w:abstractNumId w:val="10"/>
  </w:num>
  <w:num w:numId="16" w16cid:durableId="1787263863">
    <w:abstractNumId w:val="9"/>
  </w:num>
  <w:num w:numId="17" w16cid:durableId="316148334">
    <w:abstractNumId w:val="20"/>
  </w:num>
  <w:num w:numId="18" w16cid:durableId="622272442">
    <w:abstractNumId w:val="22"/>
  </w:num>
  <w:num w:numId="19" w16cid:durableId="1256130917">
    <w:abstractNumId w:val="15"/>
  </w:num>
  <w:num w:numId="20" w16cid:durableId="900213890">
    <w:abstractNumId w:val="18"/>
  </w:num>
  <w:num w:numId="21" w16cid:durableId="1702826905">
    <w:abstractNumId w:val="16"/>
  </w:num>
  <w:num w:numId="22" w16cid:durableId="322588383">
    <w:abstractNumId w:val="11"/>
  </w:num>
  <w:num w:numId="23" w16cid:durableId="13939680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F1542"/>
    <w:rsid w:val="0029639D"/>
    <w:rsid w:val="00326F90"/>
    <w:rsid w:val="00375F4E"/>
    <w:rsid w:val="003C5765"/>
    <w:rsid w:val="006D6F86"/>
    <w:rsid w:val="008244F2"/>
    <w:rsid w:val="0094454B"/>
    <w:rsid w:val="00AA1D8D"/>
    <w:rsid w:val="00AE1286"/>
    <w:rsid w:val="00B47730"/>
    <w:rsid w:val="00CB0664"/>
    <w:rsid w:val="00D65536"/>
    <w:rsid w:val="00DF595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14F641"/>
  <w14:defaultImageDpi w14:val="300"/>
  <w15:docId w15:val="{92A67DF7-5D4A-5B41-AD3A-8DFCE6822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286"/>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Blue">
    <w:name w:val="TitleBlue"/>
    <w:rPr>
      <w:b/>
      <w:color w:val="1E5078"/>
      <w:sz w:val="48"/>
    </w:rPr>
  </w:style>
  <w:style w:type="paragraph" w:customStyle="1" w:styleId="pdq2pgselectionanchorcontainer">
    <w:name w:val="pdq2pg_selectionanchorcontainer"/>
    <w:basedOn w:val="Normal"/>
    <w:rsid w:val="006D6F86"/>
    <w:pPr>
      <w:spacing w:before="100" w:beforeAutospacing="1" w:after="100" w:afterAutospacing="1"/>
    </w:pPr>
  </w:style>
  <w:style w:type="paragraph" w:styleId="NormalWeb">
    <w:name w:val="Normal (Web)"/>
    <w:basedOn w:val="Normal"/>
    <w:uiPriority w:val="99"/>
    <w:semiHidden/>
    <w:unhideWhenUsed/>
    <w:rsid w:val="006D6F86"/>
    <w:pPr>
      <w:spacing w:before="100" w:beforeAutospacing="1" w:after="100" w:afterAutospacing="1"/>
    </w:pPr>
  </w:style>
  <w:style w:type="table" w:styleId="PlainTable3">
    <w:name w:val="Plain Table 3"/>
    <w:basedOn w:val="TableNormal"/>
    <w:uiPriority w:val="99"/>
    <w:rsid w:val="003C576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3C576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99"/>
    <w:rsid w:val="003C576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99"/>
    <w:rsid w:val="00D6553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2832</Words>
  <Characters>17055</Characters>
  <Application>Microsoft Office Word</Application>
  <DocSecurity>0</DocSecurity>
  <Lines>588</Lines>
  <Paragraphs>509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19378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Julian Rasburn</cp:lastModifiedBy>
  <cp:revision>3</cp:revision>
  <cp:lastPrinted>2026-07-01T13:19:00Z</cp:lastPrinted>
  <dcterms:created xsi:type="dcterms:W3CDTF">2026-07-01T13:19:00Z</dcterms:created>
  <dcterms:modified xsi:type="dcterms:W3CDTF">2026-07-01T13:19:00Z</dcterms:modified>
  <cp:category/>
</cp:coreProperties>
</file>